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D62D7E" w14:textId="2B743584" w:rsidR="009176B1" w:rsidRDefault="009176B1">
      <w:pPr>
        <w:autoSpaceDE w:val="0"/>
        <w:autoSpaceDN w:val="0"/>
        <w:spacing w:after="226" w:line="220" w:lineRule="exact"/>
      </w:pPr>
    </w:p>
    <w:tbl>
      <w:tblPr>
        <w:tblW w:w="0" w:type="auto"/>
        <w:tblInd w:w="76" w:type="dxa"/>
        <w:tblLayout w:type="fixed"/>
        <w:tblLook w:val="04A0" w:firstRow="1" w:lastRow="0" w:firstColumn="1" w:lastColumn="0" w:noHBand="0" w:noVBand="1"/>
      </w:tblPr>
      <w:tblGrid>
        <w:gridCol w:w="3540"/>
        <w:gridCol w:w="3260"/>
        <w:gridCol w:w="3546"/>
      </w:tblGrid>
      <w:tr w:rsidR="009176B1" w14:paraId="0F708AB3" w14:textId="77777777" w:rsidTr="00CB5ED9">
        <w:trPr>
          <w:trHeight w:hRule="exact" w:val="1551"/>
        </w:trPr>
        <w:tc>
          <w:tcPr>
            <w:tcW w:w="3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9C1224" w14:textId="77777777" w:rsidR="009176B1" w:rsidRDefault="003F76D0">
            <w:pPr>
              <w:autoSpaceDE w:val="0"/>
              <w:autoSpaceDN w:val="0"/>
              <w:spacing w:before="274" w:after="0" w:line="240" w:lineRule="auto"/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58240" behindDoc="1" locked="0" layoutInCell="1" allowOverlap="1" wp14:anchorId="6A69CB71" wp14:editId="5B22E39E">
                  <wp:simplePos x="0" y="0"/>
                  <wp:positionH relativeFrom="column">
                    <wp:posOffset>254635</wp:posOffset>
                  </wp:positionH>
                  <wp:positionV relativeFrom="paragraph">
                    <wp:posOffset>95250</wp:posOffset>
                  </wp:positionV>
                  <wp:extent cx="1724659" cy="777240"/>
                  <wp:effectExtent l="0" t="0" r="9525" b="3810"/>
                  <wp:wrapTight wrapText="bothSides">
                    <wp:wrapPolygon edited="0">
                      <wp:start x="0" y="0"/>
                      <wp:lineTo x="0" y="3176"/>
                      <wp:lineTo x="477" y="14294"/>
                      <wp:lineTo x="3819" y="16941"/>
                      <wp:lineTo x="955" y="16941"/>
                      <wp:lineTo x="0" y="17471"/>
                      <wp:lineTo x="0" y="21176"/>
                      <wp:lineTo x="21481" y="21176"/>
                      <wp:lineTo x="21481" y="17471"/>
                      <wp:lineTo x="19571" y="16941"/>
                      <wp:lineTo x="18378" y="16941"/>
                      <wp:lineTo x="21003" y="14824"/>
                      <wp:lineTo x="21481" y="4235"/>
                      <wp:lineTo x="21481" y="0"/>
                      <wp:lineTo x="0" y="0"/>
                    </wp:wrapPolygon>
                  </wp:wrapTight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.png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4659" cy="777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70C0FA" w14:textId="2FCBFDBC" w:rsidR="009176B1" w:rsidRDefault="003F76D0" w:rsidP="00CB5ED9">
            <w:pPr>
              <w:autoSpaceDE w:val="0"/>
              <w:autoSpaceDN w:val="0"/>
              <w:spacing w:before="380" w:after="0" w:line="260" w:lineRule="exact"/>
              <w:jc w:val="center"/>
            </w:pPr>
            <w:r>
              <w:rPr>
                <w:rFonts w:ascii="Calibri" w:eastAsia="Calibri" w:hAnsi="Calibri"/>
                <w:b/>
                <w:color w:val="000000"/>
              </w:rPr>
              <w:t xml:space="preserve">VOLT POLSKA SP. Z O.O. ŚWIEMIROWSKA 3, </w:t>
            </w:r>
            <w:r>
              <w:br/>
            </w:r>
            <w:r>
              <w:rPr>
                <w:rFonts w:ascii="Calibri" w:eastAsia="Calibri" w:hAnsi="Calibri"/>
                <w:b/>
                <w:color w:val="000000"/>
              </w:rPr>
              <w:t>81-877 Sopot</w:t>
            </w:r>
          </w:p>
          <w:p w14:paraId="0AA7FEC1" w14:textId="541550DA" w:rsidR="009176B1" w:rsidRDefault="009176B1">
            <w:pPr>
              <w:autoSpaceDE w:val="0"/>
              <w:autoSpaceDN w:val="0"/>
              <w:spacing w:before="262" w:after="0" w:line="268" w:lineRule="exact"/>
              <w:ind w:left="576" w:right="576"/>
              <w:jc w:val="center"/>
            </w:pPr>
          </w:p>
        </w:tc>
        <w:tc>
          <w:tcPr>
            <w:tcW w:w="3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E4F3F9" w14:textId="393F62DC" w:rsidR="009176B1" w:rsidRDefault="003F76D0" w:rsidP="00CB5ED9">
            <w:pPr>
              <w:autoSpaceDE w:val="0"/>
              <w:autoSpaceDN w:val="0"/>
              <w:spacing w:before="580" w:after="0" w:line="390" w:lineRule="exact"/>
              <w:jc w:val="center"/>
            </w:pPr>
            <w:r>
              <w:rPr>
                <w:rFonts w:ascii="Calibri" w:eastAsia="Calibri" w:hAnsi="Calibri"/>
                <w:b/>
                <w:color w:val="000000"/>
                <w:sz w:val="28"/>
              </w:rPr>
              <w:t>WWW.VOLTPOLSKA.PL</w:t>
            </w:r>
          </w:p>
        </w:tc>
      </w:tr>
    </w:tbl>
    <w:p w14:paraId="6B85B670" w14:textId="77777777" w:rsidR="009176B1" w:rsidRDefault="003F76D0" w:rsidP="00D0492C">
      <w:pPr>
        <w:autoSpaceDE w:val="0"/>
        <w:autoSpaceDN w:val="0"/>
        <w:spacing w:before="480" w:after="178" w:line="250" w:lineRule="exact"/>
        <w:ind w:left="3170" w:right="3170"/>
        <w:jc w:val="center"/>
      </w:pPr>
      <w:r>
        <w:rPr>
          <w:rFonts w:ascii="Calibri" w:eastAsia="Calibri" w:hAnsi="Calibri"/>
          <w:b/>
          <w:color w:val="000000"/>
          <w:sz w:val="32"/>
        </w:rPr>
        <w:t xml:space="preserve">FORMULÁŘ STÍŽNOSTI </w:t>
      </w:r>
      <w:r>
        <w:br/>
      </w:r>
      <w:r>
        <w:rPr>
          <w:rFonts w:ascii="Calibri" w:eastAsia="Calibri" w:hAnsi="Calibri"/>
          <w:i/>
          <w:color w:val="000000"/>
          <w:sz w:val="20"/>
        </w:rPr>
        <w:t>(vyplní ho klient)</w:t>
      </w:r>
    </w:p>
    <w:tbl>
      <w:tblPr>
        <w:tblW w:w="0" w:type="auto"/>
        <w:tblInd w:w="72" w:type="dxa"/>
        <w:tblLayout w:type="fixed"/>
        <w:tblLook w:val="04A0" w:firstRow="1" w:lastRow="0" w:firstColumn="1" w:lastColumn="0" w:noHBand="0" w:noVBand="1"/>
      </w:tblPr>
      <w:tblGrid>
        <w:gridCol w:w="4258"/>
        <w:gridCol w:w="6092"/>
      </w:tblGrid>
      <w:tr w:rsidR="009176B1" w14:paraId="2F3393D6" w14:textId="77777777" w:rsidTr="00F06A87">
        <w:trPr>
          <w:trHeight w:hRule="exact" w:val="390"/>
        </w:trPr>
        <w:tc>
          <w:tcPr>
            <w:tcW w:w="4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  <w:tcMar>
              <w:left w:w="0" w:type="dxa"/>
              <w:right w:w="0" w:type="dxa"/>
            </w:tcMar>
          </w:tcPr>
          <w:p w14:paraId="03B4D67C" w14:textId="1FA10A16" w:rsidR="009176B1" w:rsidRDefault="00FB71CF" w:rsidP="007A1E62">
            <w:pPr>
              <w:autoSpaceDE w:val="0"/>
              <w:autoSpaceDN w:val="0"/>
              <w:spacing w:after="0" w:line="480" w:lineRule="auto"/>
              <w:jc w:val="center"/>
            </w:pPr>
            <w:r>
              <w:rPr>
                <w:rFonts w:ascii="Calibri" w:eastAsia="Calibri" w:hAnsi="Calibri"/>
                <w:b/>
                <w:color w:val="000000"/>
                <w:sz w:val="24"/>
              </w:rPr>
              <w:t>TYP STÍŽNOSTI</w:t>
            </w:r>
          </w:p>
        </w:tc>
        <w:tc>
          <w:tcPr>
            <w:tcW w:w="6092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9506D2" w14:textId="1379C372" w:rsidR="009176B1" w:rsidRDefault="00FB71CF" w:rsidP="007A1E62">
            <w:pPr>
              <w:spacing w:after="0" w:line="480" w:lineRule="auto"/>
              <w:jc w:val="center"/>
            </w:pPr>
            <w:r w:rsidRPr="007A1E62">
              <w:rPr>
                <w:rFonts w:ascii="Calibri" w:eastAsia="Calibri" w:hAnsi="Calibri"/>
                <w:bCs/>
                <w:color w:val="000000"/>
                <w:sz w:val="24"/>
              </w:rPr>
              <w:t xml:space="preserve">ZÁRUKA/PLACENÁ </w:t>
            </w:r>
            <w:r>
              <w:rPr>
                <w:rFonts w:ascii="Calibri" w:eastAsia="Calibri" w:hAnsi="Calibri"/>
                <w:color w:val="000000"/>
                <w:sz w:val="16"/>
              </w:rPr>
              <w:t>(mazání nevhodné)</w:t>
            </w:r>
          </w:p>
        </w:tc>
      </w:tr>
      <w:tr w:rsidR="00FB71CF" w14:paraId="68068FA7" w14:textId="77777777" w:rsidTr="004974A3">
        <w:trPr>
          <w:trHeight w:hRule="exact" w:val="771"/>
        </w:trPr>
        <w:tc>
          <w:tcPr>
            <w:tcW w:w="4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  <w:tcMar>
              <w:left w:w="0" w:type="dxa"/>
              <w:right w:w="0" w:type="dxa"/>
            </w:tcMar>
          </w:tcPr>
          <w:p w14:paraId="0BE79DCD" w14:textId="32207885" w:rsidR="00FB71CF" w:rsidRDefault="00FB71CF">
            <w:pPr>
              <w:autoSpaceDE w:val="0"/>
              <w:autoSpaceDN w:val="0"/>
              <w:spacing w:before="30" w:after="0" w:line="334" w:lineRule="exact"/>
              <w:jc w:val="center"/>
              <w:rPr>
                <w:rFonts w:ascii="Calibri" w:eastAsia="Calibri" w:hAnsi="Calibri"/>
                <w:b/>
                <w:color w:val="000000"/>
                <w:sz w:val="24"/>
              </w:rPr>
            </w:pPr>
            <w:r>
              <w:rPr>
                <w:rFonts w:ascii="Calibri" w:eastAsia="Calibri" w:hAnsi="Calibri"/>
                <w:b/>
                <w:color w:val="000000"/>
                <w:sz w:val="24"/>
              </w:rPr>
              <w:t>NÁZEV PRODUKTU</w:t>
            </w:r>
          </w:p>
        </w:tc>
        <w:tc>
          <w:tcPr>
            <w:tcW w:w="6092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9D7E64" w14:textId="0315E597" w:rsidR="00FB71CF" w:rsidRDefault="004974A3">
            <w:r w:rsidRPr="004974A3">
              <w:t>83469930 - SSY VOLT SOLÁRNÍ REGULÁTOR PRO OHŘEV TUV GREEN BOOST PRO 4000 SINUS BYPASS (120-500 VDC)</w:t>
            </w:r>
          </w:p>
        </w:tc>
      </w:tr>
      <w:tr w:rsidR="009176B1" w14:paraId="08E1E993" w14:textId="77777777">
        <w:trPr>
          <w:trHeight w:hRule="exact" w:val="408"/>
        </w:trPr>
        <w:tc>
          <w:tcPr>
            <w:tcW w:w="4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  <w:tcMar>
              <w:left w:w="0" w:type="dxa"/>
              <w:right w:w="0" w:type="dxa"/>
            </w:tcMar>
          </w:tcPr>
          <w:p w14:paraId="68BB41A5" w14:textId="77777777" w:rsidR="009176B1" w:rsidRDefault="003F76D0">
            <w:pPr>
              <w:autoSpaceDE w:val="0"/>
              <w:autoSpaceDN w:val="0"/>
              <w:spacing w:before="28" w:after="0" w:line="334" w:lineRule="exact"/>
              <w:jc w:val="center"/>
            </w:pPr>
            <w:r>
              <w:rPr>
                <w:rFonts w:ascii="Calibri" w:eastAsia="Calibri" w:hAnsi="Calibri"/>
                <w:b/>
                <w:color w:val="000000"/>
                <w:sz w:val="24"/>
              </w:rPr>
              <w:t>POČET DÍLKŮ</w:t>
            </w:r>
          </w:p>
        </w:tc>
        <w:tc>
          <w:tcPr>
            <w:tcW w:w="6092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D24D07" w14:textId="747670FB" w:rsidR="009176B1" w:rsidRDefault="004974A3">
            <w:r>
              <w:t>1</w:t>
            </w:r>
          </w:p>
        </w:tc>
      </w:tr>
      <w:tr w:rsidR="009176B1" w14:paraId="5DB22DFB" w14:textId="77777777" w:rsidTr="00F06A87">
        <w:trPr>
          <w:trHeight w:hRule="exact" w:val="433"/>
        </w:trPr>
        <w:tc>
          <w:tcPr>
            <w:tcW w:w="4258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  <w:tcMar>
              <w:left w:w="0" w:type="dxa"/>
              <w:right w:w="0" w:type="dxa"/>
            </w:tcMar>
          </w:tcPr>
          <w:p w14:paraId="5DCA72C2" w14:textId="77777777" w:rsidR="009176B1" w:rsidRDefault="003F76D0">
            <w:pPr>
              <w:autoSpaceDE w:val="0"/>
              <w:autoSpaceDN w:val="0"/>
              <w:spacing w:before="28" w:after="0" w:line="334" w:lineRule="exact"/>
              <w:jc w:val="center"/>
            </w:pPr>
            <w:r>
              <w:rPr>
                <w:rFonts w:ascii="Calibri" w:eastAsia="Calibri" w:hAnsi="Calibri"/>
                <w:b/>
                <w:color w:val="000000"/>
                <w:sz w:val="24"/>
              </w:rPr>
              <w:t>DATUM ODESLÁNÍ STÍŽNOSTI</w:t>
            </w:r>
          </w:p>
        </w:tc>
        <w:tc>
          <w:tcPr>
            <w:tcW w:w="6092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A16BD2" w14:textId="006C859B" w:rsidR="009176B1" w:rsidRDefault="004974A3">
            <w:r>
              <w:t>11.12.2025</w:t>
            </w:r>
          </w:p>
        </w:tc>
      </w:tr>
      <w:tr w:rsidR="009176B1" w14:paraId="60B7D0BA" w14:textId="77777777" w:rsidTr="004974A3">
        <w:trPr>
          <w:trHeight w:hRule="exact" w:val="578"/>
        </w:trPr>
        <w:tc>
          <w:tcPr>
            <w:tcW w:w="4258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  <w:tcMar>
              <w:left w:w="0" w:type="dxa"/>
              <w:right w:w="0" w:type="dxa"/>
            </w:tcMar>
          </w:tcPr>
          <w:p w14:paraId="179AD618" w14:textId="0A1A67E3" w:rsidR="009176B1" w:rsidRDefault="003F76D0">
            <w:pPr>
              <w:autoSpaceDE w:val="0"/>
              <w:autoSpaceDN w:val="0"/>
              <w:spacing w:before="216" w:after="0" w:line="190" w:lineRule="exact"/>
              <w:jc w:val="center"/>
            </w:pPr>
            <w:r>
              <w:rPr>
                <w:rFonts w:ascii="Calibri" w:eastAsia="Calibri" w:hAnsi="Calibri"/>
                <w:b/>
                <w:color w:val="000000"/>
                <w:sz w:val="24"/>
              </w:rPr>
              <w:t xml:space="preserve">DATUM NÁKUPU </w:t>
            </w:r>
            <w:r>
              <w:br/>
            </w:r>
            <w:r>
              <w:rPr>
                <w:rFonts w:ascii="Calibri" w:eastAsia="Calibri" w:hAnsi="Calibri"/>
                <w:color w:val="000000"/>
                <w:sz w:val="16"/>
              </w:rPr>
              <w:t xml:space="preserve">(Pro </w:t>
            </w:r>
            <w:proofErr w:type="spellStart"/>
            <w:r>
              <w:rPr>
                <w:rFonts w:ascii="Calibri" w:eastAsia="Calibri" w:hAnsi="Calibri"/>
                <w:color w:val="000000"/>
                <w:sz w:val="16"/>
              </w:rPr>
              <w:t>reklamaci</w:t>
            </w:r>
            <w:proofErr w:type="spellEnd"/>
            <w:r>
              <w:rPr>
                <w:rFonts w:ascii="Calibri" w:eastAsia="Calibri" w:hAnsi="Calibri"/>
                <w:color w:val="000000"/>
                <w:sz w:val="16"/>
              </w:rPr>
              <w:t xml:space="preserve"> záruky je vyžadována kopie nákupního dokumentu přiloženého k zásilce.)</w:t>
            </w:r>
          </w:p>
        </w:tc>
        <w:tc>
          <w:tcPr>
            <w:tcW w:w="6092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141D61" w14:textId="0ED2CF44" w:rsidR="009176B1" w:rsidRDefault="004974A3">
            <w:r>
              <w:t>11.2.2025</w:t>
            </w:r>
          </w:p>
        </w:tc>
      </w:tr>
      <w:tr w:rsidR="009176B1" w14:paraId="3AE21DFB" w14:textId="77777777" w:rsidTr="00F06A87">
        <w:trPr>
          <w:trHeight w:hRule="exact" w:val="563"/>
        </w:trPr>
        <w:tc>
          <w:tcPr>
            <w:tcW w:w="4258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  <w:tcMar>
              <w:left w:w="0" w:type="dxa"/>
              <w:right w:w="0" w:type="dxa"/>
            </w:tcMar>
          </w:tcPr>
          <w:p w14:paraId="06CF5C25" w14:textId="77777777" w:rsidR="009176B1" w:rsidRDefault="003F76D0" w:rsidP="007A1E62">
            <w:pPr>
              <w:autoSpaceDE w:val="0"/>
              <w:autoSpaceDN w:val="0"/>
              <w:spacing w:before="80" w:after="0" w:line="334" w:lineRule="exact"/>
              <w:jc w:val="center"/>
            </w:pPr>
            <w:r>
              <w:rPr>
                <w:rFonts w:ascii="Calibri" w:eastAsia="Calibri" w:hAnsi="Calibri"/>
                <w:b/>
                <w:color w:val="000000"/>
                <w:sz w:val="24"/>
              </w:rPr>
              <w:t>UCHAZEČ</w:t>
            </w:r>
          </w:p>
        </w:tc>
        <w:tc>
          <w:tcPr>
            <w:tcW w:w="6092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0EB27C" w14:textId="49418504" w:rsidR="009176B1" w:rsidRDefault="004974A3">
            <w:r>
              <w:t xml:space="preserve">ELKOV elektro </w:t>
            </w:r>
            <w:proofErr w:type="spellStart"/>
            <w:r>
              <w:t>a.s.</w:t>
            </w:r>
            <w:proofErr w:type="spellEnd"/>
          </w:p>
        </w:tc>
      </w:tr>
      <w:tr w:rsidR="009176B1" w14:paraId="27675DD3" w14:textId="77777777" w:rsidTr="004974A3">
        <w:trPr>
          <w:trHeight w:hRule="exact" w:val="1392"/>
        </w:trPr>
        <w:tc>
          <w:tcPr>
            <w:tcW w:w="4258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  <w:tcMar>
              <w:left w:w="0" w:type="dxa"/>
              <w:right w:w="0" w:type="dxa"/>
            </w:tcMar>
          </w:tcPr>
          <w:p w14:paraId="0FA50559" w14:textId="4FC360A0" w:rsidR="009176B1" w:rsidRDefault="003F76D0" w:rsidP="00D0492C">
            <w:pPr>
              <w:autoSpaceDE w:val="0"/>
              <w:autoSpaceDN w:val="0"/>
              <w:spacing w:before="380" w:after="0" w:line="334" w:lineRule="exact"/>
              <w:jc w:val="center"/>
            </w:pPr>
            <w:r>
              <w:rPr>
                <w:rFonts w:ascii="Calibri" w:eastAsia="Calibri" w:hAnsi="Calibri"/>
                <w:b/>
                <w:color w:val="000000"/>
                <w:sz w:val="24"/>
              </w:rPr>
              <w:t>ADRESA PRO VRÁCENÍ</w:t>
            </w:r>
          </w:p>
        </w:tc>
        <w:tc>
          <w:tcPr>
            <w:tcW w:w="6092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E29F30" w14:textId="77777777" w:rsidR="009176B1" w:rsidRDefault="004974A3">
            <w:proofErr w:type="spellStart"/>
            <w:r>
              <w:t>Chmelník</w:t>
            </w:r>
            <w:proofErr w:type="spellEnd"/>
            <w:r>
              <w:t xml:space="preserve"> 1296</w:t>
            </w:r>
          </w:p>
          <w:p w14:paraId="18625029" w14:textId="77777777" w:rsidR="004974A3" w:rsidRDefault="004974A3">
            <w:r>
              <w:t>Zlín-</w:t>
            </w:r>
            <w:proofErr w:type="spellStart"/>
            <w:r>
              <w:t>Malenovice</w:t>
            </w:r>
            <w:proofErr w:type="spellEnd"/>
          </w:p>
          <w:p w14:paraId="48CACEAB" w14:textId="3948A6AF" w:rsidR="004974A3" w:rsidRDefault="004974A3">
            <w:r>
              <w:t>763 02</w:t>
            </w:r>
          </w:p>
        </w:tc>
      </w:tr>
      <w:tr w:rsidR="009176B1" w14:paraId="2391F0EB" w14:textId="77777777">
        <w:trPr>
          <w:trHeight w:hRule="exact" w:val="406"/>
        </w:trPr>
        <w:tc>
          <w:tcPr>
            <w:tcW w:w="4258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  <w:tcMar>
              <w:left w:w="0" w:type="dxa"/>
              <w:right w:w="0" w:type="dxa"/>
            </w:tcMar>
          </w:tcPr>
          <w:p w14:paraId="43872A1D" w14:textId="77777777" w:rsidR="009176B1" w:rsidRDefault="003F76D0" w:rsidP="007A1E62">
            <w:pPr>
              <w:autoSpaceDE w:val="0"/>
              <w:autoSpaceDN w:val="0"/>
              <w:spacing w:after="0" w:line="334" w:lineRule="exact"/>
              <w:jc w:val="center"/>
            </w:pPr>
            <w:r>
              <w:rPr>
                <w:rFonts w:ascii="Calibri" w:eastAsia="Calibri" w:hAnsi="Calibri"/>
                <w:b/>
                <w:color w:val="000000"/>
                <w:sz w:val="24"/>
              </w:rPr>
              <w:t>KONTAKTNÍ TELEFON</w:t>
            </w:r>
          </w:p>
        </w:tc>
        <w:tc>
          <w:tcPr>
            <w:tcW w:w="6092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6778CC" w14:textId="4F231D71" w:rsidR="009176B1" w:rsidRDefault="004974A3">
            <w:r>
              <w:t>725 653 245</w:t>
            </w:r>
          </w:p>
        </w:tc>
      </w:tr>
      <w:tr w:rsidR="00F06A87" w14:paraId="3F706EB5" w14:textId="77777777">
        <w:trPr>
          <w:trHeight w:hRule="exact" w:val="406"/>
        </w:trPr>
        <w:tc>
          <w:tcPr>
            <w:tcW w:w="4258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  <w:tcMar>
              <w:left w:w="0" w:type="dxa"/>
              <w:right w:w="0" w:type="dxa"/>
            </w:tcMar>
          </w:tcPr>
          <w:p w14:paraId="30463E3E" w14:textId="2194B2B9" w:rsidR="00F06A87" w:rsidRDefault="00F06A87">
            <w:pPr>
              <w:autoSpaceDE w:val="0"/>
              <w:autoSpaceDN w:val="0"/>
              <w:spacing w:before="30" w:after="0" w:line="334" w:lineRule="exact"/>
              <w:jc w:val="center"/>
              <w:rPr>
                <w:rFonts w:ascii="Calibri" w:eastAsia="Calibri" w:hAnsi="Calibri"/>
                <w:b/>
                <w:color w:val="000000"/>
                <w:sz w:val="24"/>
              </w:rPr>
            </w:pPr>
            <w:r>
              <w:rPr>
                <w:rFonts w:ascii="Calibri" w:eastAsia="Calibri" w:hAnsi="Calibri"/>
                <w:b/>
                <w:color w:val="000000"/>
                <w:sz w:val="24"/>
              </w:rPr>
              <w:t>E-MAILOVÁ ADRESA</w:t>
            </w:r>
          </w:p>
        </w:tc>
        <w:tc>
          <w:tcPr>
            <w:tcW w:w="6092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CEA3D9" w14:textId="79BCF22F" w:rsidR="00F06A87" w:rsidRDefault="004974A3">
            <w:r>
              <w:t>radim.jakubik@elkov.cz</w:t>
            </w:r>
          </w:p>
        </w:tc>
      </w:tr>
      <w:tr w:rsidR="009176B1" w14:paraId="7AAE93D7" w14:textId="77777777" w:rsidTr="004974A3">
        <w:trPr>
          <w:trHeight w:hRule="exact" w:val="2341"/>
        </w:trPr>
        <w:tc>
          <w:tcPr>
            <w:tcW w:w="4258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  <w:tcMar>
              <w:left w:w="0" w:type="dxa"/>
              <w:right w:w="0" w:type="dxa"/>
            </w:tcMar>
          </w:tcPr>
          <w:p w14:paraId="38490EEC" w14:textId="77777777" w:rsidR="004E277C" w:rsidRDefault="003F76D0" w:rsidP="004E277C">
            <w:pPr>
              <w:autoSpaceDE w:val="0"/>
              <w:autoSpaceDN w:val="0"/>
              <w:spacing w:before="840" w:after="0" w:line="334" w:lineRule="exact"/>
              <w:jc w:val="center"/>
              <w:rPr>
                <w:rFonts w:ascii="Calibri" w:eastAsia="Calibri" w:hAnsi="Calibri"/>
                <w:b/>
                <w:color w:val="000000"/>
                <w:sz w:val="24"/>
              </w:rPr>
            </w:pPr>
            <w:r>
              <w:rPr>
                <w:rFonts w:ascii="Calibri" w:eastAsia="Calibri" w:hAnsi="Calibri"/>
                <w:b/>
                <w:color w:val="000000"/>
                <w:sz w:val="24"/>
              </w:rPr>
              <w:t>POPIS ZLOMU</w:t>
            </w:r>
          </w:p>
          <w:p w14:paraId="30D433CD" w14:textId="6BBF8A0A" w:rsidR="009176B1" w:rsidRDefault="00F06A87" w:rsidP="007C02F0">
            <w:pPr>
              <w:autoSpaceDE w:val="0"/>
              <w:autoSpaceDN w:val="0"/>
              <w:spacing w:after="0"/>
              <w:jc w:val="both"/>
            </w:pPr>
            <w:r>
              <w:rPr>
                <w:rFonts w:ascii="Calibri" w:eastAsia="Calibri" w:hAnsi="Calibri"/>
                <w:color w:val="000000"/>
                <w:sz w:val="16"/>
              </w:rPr>
              <w:t xml:space="preserve">(Měli byste přidat informace o konfiguraci, ve které zařízení fungovalo, s jakými přijímači. </w:t>
            </w:r>
            <w:r w:rsidR="00FB71CF" w:rsidRPr="00FB71CF">
              <w:rPr>
                <w:rFonts w:ascii="Calibri" w:eastAsia="Calibri" w:hAnsi="Calibri"/>
                <w:b/>
                <w:bCs/>
                <w:color w:val="000000"/>
                <w:sz w:val="16"/>
              </w:rPr>
              <w:t>V případě stížnosti na baterii by mělo být uvedeno, s jakým zařízením spolupracovala, jaké přijímače byly připojeny, jak byla baterie nabíjena</w:t>
            </w:r>
            <w:r w:rsidR="00FB71CF">
              <w:rPr>
                <w:rFonts w:ascii="Calibri" w:eastAsia="Calibri" w:hAnsi="Calibri"/>
                <w:color w:val="000000"/>
                <w:sz w:val="16"/>
              </w:rPr>
              <w:t>.)</w:t>
            </w:r>
          </w:p>
        </w:tc>
        <w:tc>
          <w:tcPr>
            <w:tcW w:w="6092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D3FD70" w14:textId="5A09499A" w:rsidR="009176B1" w:rsidRDefault="004974A3">
            <w:proofErr w:type="spellStart"/>
            <w:r>
              <w:t>Nefunguje</w:t>
            </w:r>
            <w:proofErr w:type="spellEnd"/>
            <w:r>
              <w:t xml:space="preserve"> </w:t>
            </w:r>
            <w:proofErr w:type="spellStart"/>
            <w:r>
              <w:t>správně</w:t>
            </w:r>
            <w:proofErr w:type="spellEnd"/>
            <w:r>
              <w:t xml:space="preserve"> </w:t>
            </w:r>
            <w:proofErr w:type="spellStart"/>
            <w:r>
              <w:t>ve</w:t>
            </w:r>
            <w:proofErr w:type="spellEnd"/>
            <w:r>
              <w:t xml:space="preserve"> </w:t>
            </w:r>
            <w:proofErr w:type="spellStart"/>
            <w:r>
              <w:t>smíšeném</w:t>
            </w:r>
            <w:proofErr w:type="spellEnd"/>
            <w:r>
              <w:t xml:space="preserve"> </w:t>
            </w:r>
            <w:proofErr w:type="spellStart"/>
            <w:r>
              <w:t>režimu</w:t>
            </w:r>
            <w:proofErr w:type="spellEnd"/>
            <w:r>
              <w:t xml:space="preserve"> FV </w:t>
            </w:r>
            <w:proofErr w:type="spellStart"/>
            <w:r>
              <w:t>panely</w:t>
            </w:r>
            <w:proofErr w:type="spellEnd"/>
            <w:r>
              <w:t xml:space="preserve"> a </w:t>
            </w:r>
            <w:proofErr w:type="spellStart"/>
            <w:r>
              <w:t>síť</w:t>
            </w:r>
            <w:proofErr w:type="spellEnd"/>
            <w:r>
              <w:t>.</w:t>
            </w:r>
          </w:p>
        </w:tc>
      </w:tr>
    </w:tbl>
    <w:p w14:paraId="4E75D706" w14:textId="1612A82D" w:rsidR="00696545" w:rsidRPr="00D20C3D" w:rsidRDefault="003F76D0" w:rsidP="004F01C7">
      <w:pPr>
        <w:autoSpaceDE w:val="0"/>
        <w:autoSpaceDN w:val="0"/>
        <w:spacing w:after="0"/>
        <w:jc w:val="both"/>
        <w:rPr>
          <w:rFonts w:asciiTheme="majorHAnsi" w:eastAsia="Calibri" w:hAnsiTheme="majorHAnsi" w:cstheme="majorHAnsi"/>
          <w:i/>
          <w:color w:val="000000"/>
          <w:sz w:val="16"/>
          <w:szCs w:val="16"/>
        </w:rPr>
      </w:pPr>
      <w:proofErr w:type="spellStart"/>
      <w:r>
        <w:rPr>
          <w:rFonts w:ascii="Calibri" w:eastAsia="Calibri" w:hAnsi="Calibri"/>
          <w:b/>
          <w:color w:val="000000"/>
          <w:sz w:val="20"/>
        </w:rPr>
        <w:t>Souhlasím</w:t>
      </w:r>
      <w:proofErr w:type="spellEnd"/>
      <w:r>
        <w:rPr>
          <w:rFonts w:ascii="Calibri" w:eastAsia="Calibri" w:hAnsi="Calibri"/>
          <w:b/>
          <w:color w:val="000000"/>
          <w:sz w:val="20"/>
        </w:rPr>
        <w:t xml:space="preserve"> s </w:t>
      </w:r>
      <w:proofErr w:type="spellStart"/>
      <w:r>
        <w:rPr>
          <w:rFonts w:ascii="Calibri" w:eastAsia="Calibri" w:hAnsi="Calibri"/>
          <w:b/>
          <w:color w:val="000000"/>
          <w:sz w:val="20"/>
        </w:rPr>
        <w:t>opravou</w:t>
      </w:r>
      <w:proofErr w:type="spellEnd"/>
      <w:r>
        <w:rPr>
          <w:rFonts w:ascii="Calibri" w:eastAsia="Calibri" w:hAnsi="Calibri"/>
          <w:b/>
          <w:color w:val="000000"/>
          <w:sz w:val="20"/>
        </w:rPr>
        <w:t xml:space="preserve"> </w:t>
      </w:r>
      <w:proofErr w:type="spellStart"/>
      <w:r>
        <w:rPr>
          <w:rFonts w:ascii="Calibri" w:eastAsia="Calibri" w:hAnsi="Calibri"/>
          <w:b/>
          <w:color w:val="000000"/>
          <w:sz w:val="20"/>
        </w:rPr>
        <w:t>zařízení</w:t>
      </w:r>
      <w:proofErr w:type="spellEnd"/>
      <w:r>
        <w:rPr>
          <w:rFonts w:ascii="Calibri" w:eastAsia="Calibri" w:hAnsi="Calibri"/>
          <w:b/>
          <w:color w:val="000000"/>
          <w:sz w:val="20"/>
        </w:rPr>
        <w:t xml:space="preserve"> za </w:t>
      </w:r>
      <w:proofErr w:type="spellStart"/>
      <w:r>
        <w:rPr>
          <w:rFonts w:ascii="Calibri" w:eastAsia="Calibri" w:hAnsi="Calibri"/>
          <w:b/>
          <w:color w:val="000000"/>
          <w:sz w:val="20"/>
        </w:rPr>
        <w:t>poplatek</w:t>
      </w:r>
      <w:proofErr w:type="spellEnd"/>
      <w:r>
        <w:rPr>
          <w:rFonts w:ascii="Calibri" w:eastAsia="Calibri" w:hAnsi="Calibri"/>
          <w:b/>
          <w:color w:val="000000"/>
          <w:sz w:val="20"/>
        </w:rPr>
        <w:t xml:space="preserve"> </w:t>
      </w:r>
      <w:proofErr w:type="spellStart"/>
      <w:r>
        <w:rPr>
          <w:rFonts w:ascii="Calibri" w:eastAsia="Calibri" w:hAnsi="Calibri"/>
          <w:b/>
          <w:color w:val="000000"/>
          <w:sz w:val="20"/>
        </w:rPr>
        <w:t>kvůli</w:t>
      </w:r>
      <w:proofErr w:type="spellEnd"/>
      <w:r>
        <w:rPr>
          <w:rFonts w:ascii="Calibri" w:eastAsia="Calibri" w:hAnsi="Calibri"/>
          <w:b/>
          <w:color w:val="000000"/>
          <w:sz w:val="20"/>
        </w:rPr>
        <w:t xml:space="preserve"> </w:t>
      </w:r>
      <w:proofErr w:type="spellStart"/>
      <w:r>
        <w:rPr>
          <w:rFonts w:ascii="Calibri" w:eastAsia="Calibri" w:hAnsi="Calibri"/>
          <w:b/>
          <w:color w:val="000000"/>
          <w:sz w:val="20"/>
        </w:rPr>
        <w:t>vypršení</w:t>
      </w:r>
      <w:proofErr w:type="spellEnd"/>
      <w:r>
        <w:rPr>
          <w:rFonts w:ascii="Calibri" w:eastAsia="Calibri" w:hAnsi="Calibri"/>
          <w:b/>
          <w:color w:val="000000"/>
          <w:sz w:val="20"/>
        </w:rPr>
        <w:t xml:space="preserve"> </w:t>
      </w:r>
      <w:proofErr w:type="spellStart"/>
      <w:r>
        <w:rPr>
          <w:rFonts w:ascii="Calibri" w:eastAsia="Calibri" w:hAnsi="Calibri"/>
          <w:b/>
          <w:color w:val="000000"/>
          <w:sz w:val="20"/>
        </w:rPr>
        <w:t>záruční</w:t>
      </w:r>
      <w:proofErr w:type="spellEnd"/>
      <w:r>
        <w:rPr>
          <w:rFonts w:ascii="Calibri" w:eastAsia="Calibri" w:hAnsi="Calibri"/>
          <w:b/>
          <w:color w:val="000000"/>
          <w:sz w:val="20"/>
        </w:rPr>
        <w:t xml:space="preserve"> </w:t>
      </w:r>
      <w:proofErr w:type="spellStart"/>
      <w:r>
        <w:rPr>
          <w:rFonts w:ascii="Calibri" w:eastAsia="Calibri" w:hAnsi="Calibri"/>
          <w:b/>
          <w:color w:val="000000"/>
          <w:sz w:val="20"/>
        </w:rPr>
        <w:t>doby</w:t>
      </w:r>
      <w:proofErr w:type="spellEnd"/>
      <w:r>
        <w:rPr>
          <w:rFonts w:ascii="Calibri" w:eastAsia="Calibri" w:hAnsi="Calibri"/>
          <w:b/>
          <w:color w:val="000000"/>
          <w:sz w:val="20"/>
        </w:rPr>
        <w:t>.</w:t>
      </w:r>
      <w:r>
        <w:rPr>
          <w:rFonts w:ascii="Calibri" w:eastAsia="Calibri" w:hAnsi="Calibri"/>
          <w:color w:val="000000"/>
          <w:sz w:val="20"/>
        </w:rPr>
        <w:t xml:space="preserve"> *Standardní náklady na opravu činí 25 % původní hodnoty zařízení, v případě překročení této částky bude zákazník telefonicky informován o konkrétní hodnotě před opravou.                                              </w:t>
      </w:r>
      <w:r>
        <w:rPr>
          <w:rFonts w:ascii="Calibri" w:eastAsia="Calibri" w:hAnsi="Calibri"/>
          <w:b/>
          <w:color w:val="000000"/>
          <w:sz w:val="28"/>
        </w:rPr>
        <w:t xml:space="preserve">ANO / NE </w:t>
      </w:r>
      <w:r w:rsidRPr="00FB71CF">
        <w:rPr>
          <w:rFonts w:ascii="Calibri" w:eastAsia="Calibri" w:hAnsi="Calibri"/>
          <w:iCs/>
          <w:color w:val="000000"/>
          <w:sz w:val="16"/>
        </w:rPr>
        <w:t>(nesprávné smazání)</w:t>
      </w:r>
      <w:r w:rsidR="00696545">
        <w:rPr>
          <w:rFonts w:ascii="Calibri" w:eastAsia="Calibri" w:hAnsi="Calibri"/>
          <w:iCs/>
          <w:color w:val="000000"/>
          <w:sz w:val="16"/>
        </w:rPr>
        <w:br/>
      </w:r>
      <w:r w:rsidR="004F01C7">
        <w:rPr>
          <w:rFonts w:ascii="Calibri" w:eastAsia="Calibri" w:hAnsi="Calibri"/>
          <w:iCs/>
          <w:color w:val="000000"/>
          <w:sz w:val="16"/>
        </w:rPr>
        <w:br/>
      </w:r>
      <w:r w:rsidR="00696545">
        <w:rPr>
          <w:rFonts w:ascii="Calibri" w:eastAsia="Calibri" w:hAnsi="Calibri"/>
          <w:iCs/>
          <w:color w:val="000000"/>
          <w:sz w:val="16"/>
        </w:rPr>
        <w:br/>
      </w:r>
      <w:r w:rsidR="00696545" w:rsidRPr="00A12C4C">
        <w:rPr>
          <w:rFonts w:asciiTheme="majorHAnsi" w:eastAsia="Calibri" w:hAnsiTheme="majorHAnsi" w:cstheme="majorHAnsi"/>
          <w:iCs/>
          <w:color w:val="000000"/>
          <w:sz w:val="16"/>
          <w:szCs w:val="16"/>
        </w:rPr>
        <w:t xml:space="preserve"> </w:t>
      </w:r>
      <w:proofErr w:type="spellStart"/>
      <w:r w:rsidR="00696545" w:rsidRPr="00A12C4C">
        <w:rPr>
          <w:rFonts w:asciiTheme="majorHAnsi" w:eastAsia="Calibri" w:hAnsiTheme="majorHAnsi" w:cstheme="majorHAnsi"/>
          <w:iCs/>
          <w:color w:val="000000"/>
          <w:sz w:val="16"/>
          <w:szCs w:val="16"/>
        </w:rPr>
        <w:t>Podmínky</w:t>
      </w:r>
      <w:proofErr w:type="spellEnd"/>
      <w:r w:rsidR="00696545" w:rsidRPr="00A12C4C">
        <w:rPr>
          <w:rFonts w:asciiTheme="majorHAnsi" w:eastAsia="Calibri" w:hAnsiTheme="majorHAnsi" w:cstheme="majorHAnsi"/>
          <w:iCs/>
          <w:color w:val="000000"/>
          <w:sz w:val="16"/>
          <w:szCs w:val="16"/>
        </w:rPr>
        <w:t xml:space="preserve"> </w:t>
      </w:r>
      <w:proofErr w:type="spellStart"/>
      <w:r w:rsidR="00696545" w:rsidRPr="00A12C4C">
        <w:rPr>
          <w:rFonts w:asciiTheme="majorHAnsi" w:eastAsia="Calibri" w:hAnsiTheme="majorHAnsi" w:cstheme="majorHAnsi"/>
          <w:iCs/>
          <w:color w:val="000000"/>
          <w:sz w:val="16"/>
          <w:szCs w:val="16"/>
        </w:rPr>
        <w:t>webu</w:t>
      </w:r>
      <w:proofErr w:type="spellEnd"/>
      <w:r w:rsidR="00696545" w:rsidRPr="00A12C4C">
        <w:rPr>
          <w:rFonts w:asciiTheme="majorHAnsi" w:eastAsia="Calibri" w:hAnsiTheme="majorHAnsi" w:cstheme="majorHAnsi"/>
          <w:iCs/>
          <w:color w:val="000000"/>
          <w:sz w:val="16"/>
          <w:szCs w:val="16"/>
        </w:rPr>
        <w:t xml:space="preserve"> (</w:t>
      </w:r>
      <w:proofErr w:type="spellStart"/>
      <w:r w:rsidR="00696545" w:rsidRPr="00A12C4C">
        <w:rPr>
          <w:rFonts w:asciiTheme="majorHAnsi" w:eastAsia="Calibri" w:hAnsiTheme="majorHAnsi" w:cstheme="majorHAnsi"/>
          <w:iCs/>
          <w:color w:val="000000"/>
          <w:sz w:val="16"/>
          <w:szCs w:val="16"/>
        </w:rPr>
        <w:t>Podmínky</w:t>
      </w:r>
      <w:proofErr w:type="spellEnd"/>
      <w:r w:rsidR="00696545" w:rsidRPr="00A12C4C">
        <w:rPr>
          <w:rFonts w:asciiTheme="majorHAnsi" w:eastAsia="Calibri" w:hAnsiTheme="majorHAnsi" w:cstheme="majorHAnsi"/>
          <w:iCs/>
          <w:color w:val="000000"/>
          <w:sz w:val="16"/>
          <w:szCs w:val="16"/>
        </w:rPr>
        <w:t xml:space="preserve"> </w:t>
      </w:r>
      <w:proofErr w:type="spellStart"/>
      <w:r w:rsidR="00696545" w:rsidRPr="00A12C4C">
        <w:rPr>
          <w:rFonts w:asciiTheme="majorHAnsi" w:eastAsia="Calibri" w:hAnsiTheme="majorHAnsi" w:cstheme="majorHAnsi"/>
          <w:iCs/>
          <w:color w:val="000000"/>
          <w:sz w:val="16"/>
          <w:szCs w:val="16"/>
        </w:rPr>
        <w:t>záruky</w:t>
      </w:r>
      <w:proofErr w:type="spellEnd"/>
      <w:r w:rsidR="00696545" w:rsidRPr="00A12C4C">
        <w:rPr>
          <w:rFonts w:asciiTheme="majorHAnsi" w:eastAsia="Calibri" w:hAnsiTheme="majorHAnsi" w:cstheme="majorHAnsi"/>
          <w:iCs/>
          <w:color w:val="000000"/>
          <w:sz w:val="16"/>
          <w:szCs w:val="16"/>
        </w:rPr>
        <w:t xml:space="preserve"> </w:t>
      </w:r>
      <w:proofErr w:type="spellStart"/>
      <w:r w:rsidR="00696545" w:rsidRPr="00A12C4C">
        <w:rPr>
          <w:rFonts w:asciiTheme="majorHAnsi" w:eastAsia="Calibri" w:hAnsiTheme="majorHAnsi" w:cstheme="majorHAnsi"/>
          <w:iCs/>
          <w:color w:val="000000"/>
          <w:sz w:val="16"/>
          <w:szCs w:val="16"/>
        </w:rPr>
        <w:t>výrobce</w:t>
      </w:r>
      <w:proofErr w:type="spellEnd"/>
      <w:r w:rsidR="00696545" w:rsidRPr="00A12C4C">
        <w:rPr>
          <w:rFonts w:asciiTheme="majorHAnsi" w:eastAsia="Calibri" w:hAnsiTheme="majorHAnsi" w:cstheme="majorHAnsi"/>
          <w:iCs/>
          <w:color w:val="000000"/>
          <w:sz w:val="16"/>
          <w:szCs w:val="16"/>
        </w:rPr>
        <w:t xml:space="preserve">) </w:t>
      </w:r>
      <w:proofErr w:type="spellStart"/>
      <w:r w:rsidR="00696545" w:rsidRPr="00A12C4C">
        <w:rPr>
          <w:rFonts w:asciiTheme="majorHAnsi" w:eastAsia="Calibri" w:hAnsiTheme="majorHAnsi" w:cstheme="majorHAnsi"/>
          <w:iCs/>
          <w:color w:val="000000"/>
          <w:sz w:val="16"/>
          <w:szCs w:val="16"/>
        </w:rPr>
        <w:t>najdete</w:t>
      </w:r>
      <w:proofErr w:type="spellEnd"/>
      <w:r w:rsidR="00696545" w:rsidRPr="00A12C4C">
        <w:rPr>
          <w:rFonts w:asciiTheme="majorHAnsi" w:eastAsia="Calibri" w:hAnsiTheme="majorHAnsi" w:cstheme="majorHAnsi"/>
          <w:iCs/>
          <w:color w:val="000000"/>
          <w:sz w:val="16"/>
          <w:szCs w:val="16"/>
        </w:rPr>
        <w:t xml:space="preserve"> </w:t>
      </w:r>
      <w:proofErr w:type="spellStart"/>
      <w:r w:rsidR="00696545" w:rsidRPr="00A12C4C">
        <w:rPr>
          <w:rFonts w:asciiTheme="majorHAnsi" w:eastAsia="Calibri" w:hAnsiTheme="majorHAnsi" w:cstheme="majorHAnsi"/>
          <w:iCs/>
          <w:color w:val="000000"/>
          <w:sz w:val="16"/>
          <w:szCs w:val="16"/>
        </w:rPr>
        <w:t>na</w:t>
      </w:r>
      <w:proofErr w:type="spellEnd"/>
      <w:r w:rsidR="00696545" w:rsidRPr="00A12C4C">
        <w:rPr>
          <w:rFonts w:asciiTheme="majorHAnsi" w:eastAsia="Calibri" w:hAnsiTheme="majorHAnsi" w:cstheme="majorHAnsi"/>
          <w:iCs/>
          <w:color w:val="000000"/>
          <w:sz w:val="16"/>
          <w:szCs w:val="16"/>
        </w:rPr>
        <w:t xml:space="preserve"> </w:t>
      </w:r>
      <w:proofErr w:type="spellStart"/>
      <w:r w:rsidR="00696545" w:rsidRPr="00A12C4C">
        <w:rPr>
          <w:rFonts w:asciiTheme="majorHAnsi" w:eastAsia="Calibri" w:hAnsiTheme="majorHAnsi" w:cstheme="majorHAnsi"/>
          <w:iCs/>
          <w:color w:val="000000"/>
          <w:sz w:val="16"/>
          <w:szCs w:val="16"/>
        </w:rPr>
        <w:t>webu</w:t>
      </w:r>
      <w:proofErr w:type="spellEnd"/>
      <w:r w:rsidR="00696545" w:rsidRPr="00A12C4C">
        <w:rPr>
          <w:rFonts w:asciiTheme="majorHAnsi" w:eastAsia="Calibri" w:hAnsiTheme="majorHAnsi" w:cstheme="majorHAnsi"/>
          <w:iCs/>
          <w:color w:val="000000"/>
          <w:sz w:val="16"/>
          <w:szCs w:val="16"/>
        </w:rPr>
        <w:t xml:space="preserve"> VOLT POLSKA SP. Z O.O. </w:t>
      </w:r>
      <w:proofErr w:type="spellStart"/>
      <w:r w:rsidR="00696545" w:rsidRPr="00A12C4C">
        <w:rPr>
          <w:rFonts w:asciiTheme="majorHAnsi" w:eastAsia="Calibri" w:hAnsiTheme="majorHAnsi" w:cstheme="majorHAnsi"/>
          <w:iCs/>
          <w:color w:val="000000"/>
          <w:sz w:val="16"/>
          <w:szCs w:val="16"/>
        </w:rPr>
        <w:t>na</w:t>
      </w:r>
      <w:proofErr w:type="spellEnd"/>
      <w:r w:rsidR="00696545" w:rsidRPr="00A12C4C">
        <w:rPr>
          <w:rFonts w:asciiTheme="majorHAnsi" w:eastAsia="Calibri" w:hAnsiTheme="majorHAnsi" w:cstheme="majorHAnsi"/>
          <w:iCs/>
          <w:color w:val="000000"/>
          <w:sz w:val="16"/>
          <w:szCs w:val="16"/>
        </w:rPr>
        <w:t xml:space="preserve"> </w:t>
      </w:r>
      <w:proofErr w:type="spellStart"/>
      <w:r w:rsidR="00696545" w:rsidRPr="00A12C4C">
        <w:rPr>
          <w:rFonts w:asciiTheme="majorHAnsi" w:eastAsia="Calibri" w:hAnsiTheme="majorHAnsi" w:cstheme="majorHAnsi"/>
          <w:iCs/>
          <w:color w:val="000000"/>
          <w:sz w:val="16"/>
          <w:szCs w:val="16"/>
        </w:rPr>
        <w:t>adrese</w:t>
      </w:r>
      <w:proofErr w:type="spellEnd"/>
      <w:r w:rsidR="00696545" w:rsidRPr="00A12C4C">
        <w:rPr>
          <w:rFonts w:asciiTheme="majorHAnsi" w:eastAsia="Calibri" w:hAnsiTheme="majorHAnsi" w:cstheme="majorHAnsi"/>
          <w:iCs/>
          <w:color w:val="000000"/>
          <w:sz w:val="16"/>
          <w:szCs w:val="16"/>
        </w:rPr>
        <w:t xml:space="preserve">: </w:t>
      </w:r>
      <w:r w:rsidR="00D20C3D" w:rsidRPr="00A12C4C">
        <w:rPr>
          <w:rFonts w:asciiTheme="majorHAnsi" w:eastAsia="Calibri" w:hAnsiTheme="majorHAnsi" w:cstheme="majorHAnsi"/>
          <w:i/>
          <w:color w:val="000000"/>
          <w:sz w:val="16"/>
          <w:szCs w:val="16"/>
          <w:u w:val="single"/>
        </w:rPr>
        <w:t>https://voltpolska.pl/strony/regulamin-serwisu</w:t>
      </w:r>
      <w:r w:rsidR="00D20C3D" w:rsidRPr="00A12C4C">
        <w:rPr>
          <w:rFonts w:asciiTheme="majorHAnsi" w:eastAsia="Calibri" w:hAnsiTheme="majorHAnsi" w:cstheme="majorHAnsi"/>
          <w:iCs/>
          <w:color w:val="000000"/>
          <w:sz w:val="16"/>
          <w:szCs w:val="16"/>
        </w:rPr>
        <w:t xml:space="preserve"> | </w:t>
      </w:r>
      <w:proofErr w:type="spellStart"/>
      <w:r w:rsidR="00D20C3D" w:rsidRPr="00A12C4C">
        <w:rPr>
          <w:rFonts w:asciiTheme="majorHAnsi" w:eastAsia="Calibri" w:hAnsiTheme="majorHAnsi" w:cstheme="majorHAnsi"/>
          <w:iCs/>
          <w:color w:val="000000"/>
          <w:sz w:val="16"/>
          <w:szCs w:val="16"/>
        </w:rPr>
        <w:t>Všechny</w:t>
      </w:r>
      <w:proofErr w:type="spellEnd"/>
      <w:r w:rsidR="00D20C3D" w:rsidRPr="00A12C4C">
        <w:rPr>
          <w:rFonts w:asciiTheme="majorHAnsi" w:eastAsia="Calibri" w:hAnsiTheme="majorHAnsi" w:cstheme="majorHAnsi"/>
          <w:iCs/>
          <w:color w:val="000000"/>
          <w:sz w:val="16"/>
          <w:szCs w:val="16"/>
        </w:rPr>
        <w:t xml:space="preserve"> </w:t>
      </w:r>
      <w:proofErr w:type="spellStart"/>
      <w:r w:rsidR="00D20C3D" w:rsidRPr="00A12C4C">
        <w:rPr>
          <w:rFonts w:asciiTheme="majorHAnsi" w:eastAsia="Calibri" w:hAnsiTheme="majorHAnsi" w:cstheme="majorHAnsi"/>
          <w:iCs/>
          <w:color w:val="000000"/>
          <w:sz w:val="16"/>
          <w:szCs w:val="16"/>
        </w:rPr>
        <w:t>elektronické</w:t>
      </w:r>
      <w:proofErr w:type="spellEnd"/>
      <w:r w:rsidR="00D20C3D" w:rsidRPr="00A12C4C">
        <w:rPr>
          <w:rFonts w:asciiTheme="majorHAnsi" w:eastAsia="Calibri" w:hAnsiTheme="majorHAnsi" w:cstheme="majorHAnsi"/>
          <w:iCs/>
          <w:color w:val="000000"/>
          <w:sz w:val="16"/>
          <w:szCs w:val="16"/>
        </w:rPr>
        <w:t xml:space="preserve"> součástky a komponenty (součást zařízení), které jsou během opravy nahrazeny novými, podléhají úplnému likvidování ze strany služby VOLT POLSKA SP. Z O.O. ihned po dokončení servisního procesu. | Stav stížnosti bude sdělen po obdržení dotazu na: </w:t>
      </w:r>
      <w:r w:rsidR="00D20C3D" w:rsidRPr="00A12C4C">
        <w:rPr>
          <w:rFonts w:asciiTheme="majorHAnsi" w:eastAsia="Calibri" w:hAnsiTheme="majorHAnsi" w:cstheme="majorHAnsi"/>
          <w:i/>
          <w:color w:val="000000"/>
          <w:sz w:val="16"/>
          <w:szCs w:val="16"/>
        </w:rPr>
        <w:t>reklamacje@voltpolska.pl</w:t>
      </w:r>
    </w:p>
    <w:p w14:paraId="1B1BC04D" w14:textId="77777777" w:rsidR="004F01C7" w:rsidRPr="00696545" w:rsidRDefault="004F01C7" w:rsidP="004F01C7">
      <w:pPr>
        <w:autoSpaceDE w:val="0"/>
        <w:autoSpaceDN w:val="0"/>
        <w:spacing w:after="0"/>
        <w:jc w:val="both"/>
        <w:rPr>
          <w:rFonts w:asciiTheme="majorHAnsi" w:eastAsia="Calibri" w:hAnsiTheme="majorHAnsi" w:cstheme="majorHAnsi"/>
          <w:iCs/>
          <w:color w:val="000000"/>
          <w:sz w:val="16"/>
          <w:szCs w:val="16"/>
        </w:rPr>
      </w:pPr>
    </w:p>
    <w:p w14:paraId="6DBD88F7" w14:textId="4981E4DD" w:rsidR="004F01C7" w:rsidRPr="004F01C7" w:rsidRDefault="004F01C7" w:rsidP="004F01C7">
      <w:pPr>
        <w:autoSpaceDE w:val="0"/>
        <w:autoSpaceDN w:val="0"/>
        <w:spacing w:before="120" w:after="0" w:line="254" w:lineRule="exact"/>
        <w:rPr>
          <w:rFonts w:ascii="Calibri" w:eastAsia="Calibri" w:hAnsi="Calibri"/>
          <w:bCs/>
          <w:color w:val="000000"/>
          <w:sz w:val="20"/>
        </w:rPr>
      </w:pPr>
      <w:proofErr w:type="spellStart"/>
      <w:r w:rsidRPr="004F01C7">
        <w:rPr>
          <w:rFonts w:ascii="Calibri" w:eastAsia="Calibri" w:hAnsi="Calibri"/>
          <w:bCs/>
          <w:color w:val="000000"/>
          <w:sz w:val="20"/>
        </w:rPr>
        <w:t>Deklaruji</w:t>
      </w:r>
      <w:proofErr w:type="spellEnd"/>
      <w:r w:rsidRPr="004F01C7">
        <w:rPr>
          <w:rFonts w:ascii="Calibri" w:eastAsia="Calibri" w:hAnsi="Calibri"/>
          <w:bCs/>
          <w:color w:val="000000"/>
          <w:sz w:val="20"/>
        </w:rPr>
        <w:t xml:space="preserve">, </w:t>
      </w:r>
      <w:proofErr w:type="spellStart"/>
      <w:r w:rsidRPr="004F01C7">
        <w:rPr>
          <w:rFonts w:ascii="Calibri" w:eastAsia="Calibri" w:hAnsi="Calibri"/>
          <w:bCs/>
          <w:color w:val="000000"/>
          <w:sz w:val="20"/>
        </w:rPr>
        <w:t>že</w:t>
      </w:r>
      <w:proofErr w:type="spellEnd"/>
      <w:r w:rsidRPr="004F01C7">
        <w:rPr>
          <w:rFonts w:ascii="Calibri" w:eastAsia="Calibri" w:hAnsi="Calibri"/>
          <w:bCs/>
          <w:color w:val="000000"/>
          <w:sz w:val="20"/>
        </w:rPr>
        <w:t xml:space="preserve"> </w:t>
      </w:r>
      <w:proofErr w:type="spellStart"/>
      <w:r w:rsidRPr="004F01C7">
        <w:rPr>
          <w:rFonts w:ascii="Calibri" w:eastAsia="Calibri" w:hAnsi="Calibri"/>
          <w:bCs/>
          <w:color w:val="000000"/>
          <w:sz w:val="20"/>
        </w:rPr>
        <w:t>jsem</w:t>
      </w:r>
      <w:proofErr w:type="spellEnd"/>
      <w:r w:rsidRPr="004F01C7">
        <w:rPr>
          <w:rFonts w:ascii="Calibri" w:eastAsia="Calibri" w:hAnsi="Calibri"/>
          <w:bCs/>
          <w:color w:val="000000"/>
          <w:sz w:val="20"/>
        </w:rPr>
        <w:t xml:space="preserve"> </w:t>
      </w:r>
      <w:proofErr w:type="spellStart"/>
      <w:r w:rsidRPr="004F01C7">
        <w:rPr>
          <w:rFonts w:ascii="Calibri" w:eastAsia="Calibri" w:hAnsi="Calibri"/>
          <w:bCs/>
          <w:color w:val="000000"/>
          <w:sz w:val="20"/>
        </w:rPr>
        <w:t>si</w:t>
      </w:r>
      <w:proofErr w:type="spellEnd"/>
      <w:r w:rsidRPr="004F01C7">
        <w:rPr>
          <w:rFonts w:ascii="Calibri" w:eastAsia="Calibri" w:hAnsi="Calibri"/>
          <w:bCs/>
          <w:color w:val="000000"/>
          <w:sz w:val="20"/>
        </w:rPr>
        <w:t xml:space="preserve"> </w:t>
      </w:r>
      <w:proofErr w:type="spellStart"/>
      <w:r w:rsidRPr="004F01C7">
        <w:rPr>
          <w:rFonts w:ascii="Calibri" w:eastAsia="Calibri" w:hAnsi="Calibri"/>
          <w:bCs/>
          <w:color w:val="000000"/>
          <w:sz w:val="20"/>
        </w:rPr>
        <w:t>přečetl</w:t>
      </w:r>
      <w:proofErr w:type="spellEnd"/>
      <w:r w:rsidRPr="004F01C7">
        <w:rPr>
          <w:rFonts w:ascii="Calibri" w:eastAsia="Calibri" w:hAnsi="Calibri"/>
          <w:bCs/>
          <w:color w:val="000000"/>
          <w:sz w:val="20"/>
        </w:rPr>
        <w:t xml:space="preserve"> </w:t>
      </w:r>
      <w:proofErr w:type="spellStart"/>
      <w:r w:rsidRPr="004F01C7">
        <w:rPr>
          <w:rFonts w:ascii="Calibri" w:eastAsia="Calibri" w:hAnsi="Calibri"/>
          <w:bCs/>
          <w:color w:val="000000"/>
          <w:sz w:val="20"/>
        </w:rPr>
        <w:t>Podmínky</w:t>
      </w:r>
      <w:proofErr w:type="spellEnd"/>
      <w:r w:rsidRPr="004F01C7">
        <w:rPr>
          <w:rFonts w:ascii="Calibri" w:eastAsia="Calibri" w:hAnsi="Calibri"/>
          <w:bCs/>
          <w:color w:val="000000"/>
          <w:sz w:val="20"/>
        </w:rPr>
        <w:t xml:space="preserve"> </w:t>
      </w:r>
      <w:proofErr w:type="spellStart"/>
      <w:r w:rsidRPr="004F01C7">
        <w:rPr>
          <w:rFonts w:ascii="Calibri" w:eastAsia="Calibri" w:hAnsi="Calibri"/>
          <w:bCs/>
          <w:color w:val="000000"/>
          <w:sz w:val="20"/>
        </w:rPr>
        <w:t>webových</w:t>
      </w:r>
      <w:proofErr w:type="spellEnd"/>
      <w:r w:rsidRPr="004F01C7">
        <w:rPr>
          <w:rFonts w:ascii="Calibri" w:eastAsia="Calibri" w:hAnsi="Calibri"/>
          <w:bCs/>
          <w:color w:val="000000"/>
          <w:sz w:val="20"/>
        </w:rPr>
        <w:t xml:space="preserve"> </w:t>
      </w:r>
      <w:proofErr w:type="spellStart"/>
      <w:r w:rsidRPr="004F01C7">
        <w:rPr>
          <w:rFonts w:ascii="Calibri" w:eastAsia="Calibri" w:hAnsi="Calibri"/>
          <w:bCs/>
          <w:color w:val="000000"/>
          <w:sz w:val="20"/>
        </w:rPr>
        <w:t>stránek</w:t>
      </w:r>
      <w:proofErr w:type="spellEnd"/>
      <w:r w:rsidRPr="004F01C7">
        <w:rPr>
          <w:rFonts w:ascii="Calibri" w:eastAsia="Calibri" w:hAnsi="Calibri"/>
          <w:bCs/>
          <w:color w:val="000000"/>
          <w:sz w:val="20"/>
        </w:rPr>
        <w:t xml:space="preserve"> a </w:t>
      </w:r>
      <w:proofErr w:type="spellStart"/>
      <w:r w:rsidRPr="004F01C7">
        <w:rPr>
          <w:rFonts w:ascii="Calibri" w:eastAsia="Calibri" w:hAnsi="Calibri"/>
          <w:bCs/>
          <w:color w:val="000000"/>
          <w:sz w:val="20"/>
        </w:rPr>
        <w:t>přijímám</w:t>
      </w:r>
      <w:proofErr w:type="spellEnd"/>
      <w:r w:rsidRPr="004F01C7">
        <w:rPr>
          <w:rFonts w:ascii="Calibri" w:eastAsia="Calibri" w:hAnsi="Calibri"/>
          <w:bCs/>
          <w:color w:val="000000"/>
          <w:sz w:val="20"/>
        </w:rPr>
        <w:t xml:space="preserve"> </w:t>
      </w:r>
      <w:proofErr w:type="spellStart"/>
      <w:r w:rsidRPr="004F01C7">
        <w:rPr>
          <w:rFonts w:ascii="Calibri" w:eastAsia="Calibri" w:hAnsi="Calibri"/>
          <w:bCs/>
          <w:color w:val="000000"/>
          <w:sz w:val="20"/>
        </w:rPr>
        <w:t>podmínky</w:t>
      </w:r>
      <w:proofErr w:type="spellEnd"/>
      <w:r w:rsidRPr="004F01C7">
        <w:rPr>
          <w:rFonts w:ascii="Calibri" w:eastAsia="Calibri" w:hAnsi="Calibri"/>
          <w:bCs/>
          <w:color w:val="000000"/>
          <w:sz w:val="20"/>
        </w:rPr>
        <w:t xml:space="preserve"> </w:t>
      </w:r>
      <w:proofErr w:type="spellStart"/>
      <w:r w:rsidRPr="004F01C7">
        <w:rPr>
          <w:rFonts w:ascii="Calibri" w:eastAsia="Calibri" w:hAnsi="Calibri"/>
          <w:bCs/>
          <w:color w:val="000000"/>
          <w:sz w:val="20"/>
        </w:rPr>
        <w:t>přijímání</w:t>
      </w:r>
      <w:proofErr w:type="spellEnd"/>
      <w:r w:rsidRPr="004F01C7">
        <w:rPr>
          <w:rFonts w:ascii="Calibri" w:eastAsia="Calibri" w:hAnsi="Calibri"/>
          <w:bCs/>
          <w:color w:val="000000"/>
          <w:sz w:val="20"/>
        </w:rPr>
        <w:t xml:space="preserve"> </w:t>
      </w:r>
      <w:proofErr w:type="spellStart"/>
      <w:r w:rsidRPr="004F01C7">
        <w:rPr>
          <w:rFonts w:ascii="Calibri" w:eastAsia="Calibri" w:hAnsi="Calibri"/>
          <w:bCs/>
          <w:color w:val="000000"/>
          <w:sz w:val="20"/>
        </w:rPr>
        <w:t>zařízení</w:t>
      </w:r>
      <w:proofErr w:type="spellEnd"/>
      <w:r w:rsidRPr="004F01C7">
        <w:rPr>
          <w:rFonts w:ascii="Calibri" w:eastAsia="Calibri" w:hAnsi="Calibri"/>
          <w:bCs/>
          <w:color w:val="000000"/>
          <w:sz w:val="20"/>
        </w:rPr>
        <w:t xml:space="preserve"> k </w:t>
      </w:r>
      <w:proofErr w:type="spellStart"/>
      <w:r w:rsidRPr="004F01C7">
        <w:rPr>
          <w:rFonts w:ascii="Calibri" w:eastAsia="Calibri" w:hAnsi="Calibri"/>
          <w:bCs/>
          <w:color w:val="000000"/>
          <w:sz w:val="20"/>
        </w:rPr>
        <w:t>podání</w:t>
      </w:r>
      <w:proofErr w:type="spellEnd"/>
      <w:r w:rsidRPr="004F01C7">
        <w:rPr>
          <w:rFonts w:ascii="Calibri" w:eastAsia="Calibri" w:hAnsi="Calibri"/>
          <w:bCs/>
          <w:color w:val="000000"/>
          <w:sz w:val="20"/>
        </w:rPr>
        <w:t xml:space="preserve"> </w:t>
      </w:r>
      <w:proofErr w:type="spellStart"/>
      <w:r w:rsidRPr="004F01C7">
        <w:rPr>
          <w:rFonts w:ascii="Calibri" w:eastAsia="Calibri" w:hAnsi="Calibri"/>
          <w:bCs/>
          <w:color w:val="000000"/>
          <w:sz w:val="20"/>
        </w:rPr>
        <w:t>stížnosti</w:t>
      </w:r>
      <w:proofErr w:type="spellEnd"/>
      <w:r w:rsidRPr="004F01C7">
        <w:rPr>
          <w:rFonts w:ascii="Calibri" w:eastAsia="Calibri" w:hAnsi="Calibri"/>
          <w:bCs/>
          <w:color w:val="000000"/>
          <w:sz w:val="20"/>
        </w:rPr>
        <w:t xml:space="preserve">. </w:t>
      </w:r>
      <w:proofErr w:type="spellStart"/>
      <w:r w:rsidRPr="004F01C7">
        <w:rPr>
          <w:rFonts w:ascii="Calibri" w:eastAsia="Calibri" w:hAnsi="Calibri"/>
          <w:bCs/>
          <w:color w:val="000000"/>
          <w:sz w:val="20"/>
        </w:rPr>
        <w:t>Souhlasím</w:t>
      </w:r>
      <w:proofErr w:type="spellEnd"/>
      <w:r w:rsidRPr="004F01C7">
        <w:rPr>
          <w:rFonts w:ascii="Calibri" w:eastAsia="Calibri" w:hAnsi="Calibri"/>
          <w:bCs/>
          <w:color w:val="000000"/>
          <w:sz w:val="20"/>
        </w:rPr>
        <w:t xml:space="preserve"> se </w:t>
      </w:r>
      <w:proofErr w:type="spellStart"/>
      <w:r w:rsidRPr="004F01C7">
        <w:rPr>
          <w:rFonts w:ascii="Calibri" w:eastAsia="Calibri" w:hAnsi="Calibri"/>
          <w:bCs/>
          <w:color w:val="000000"/>
          <w:sz w:val="20"/>
        </w:rPr>
        <w:t>zpracováním</w:t>
      </w:r>
      <w:proofErr w:type="spellEnd"/>
      <w:r w:rsidRPr="004F01C7">
        <w:rPr>
          <w:rFonts w:ascii="Calibri" w:eastAsia="Calibri" w:hAnsi="Calibri"/>
          <w:bCs/>
          <w:color w:val="000000"/>
          <w:sz w:val="20"/>
        </w:rPr>
        <w:t xml:space="preserve"> </w:t>
      </w:r>
      <w:proofErr w:type="spellStart"/>
      <w:r w:rsidRPr="004F01C7">
        <w:rPr>
          <w:rFonts w:ascii="Calibri" w:eastAsia="Calibri" w:hAnsi="Calibri"/>
          <w:bCs/>
          <w:color w:val="000000"/>
          <w:sz w:val="20"/>
        </w:rPr>
        <w:t>mých</w:t>
      </w:r>
      <w:proofErr w:type="spellEnd"/>
      <w:r w:rsidRPr="004F01C7">
        <w:rPr>
          <w:rFonts w:ascii="Calibri" w:eastAsia="Calibri" w:hAnsi="Calibri"/>
          <w:bCs/>
          <w:color w:val="000000"/>
          <w:sz w:val="20"/>
        </w:rPr>
        <w:t xml:space="preserve"> </w:t>
      </w:r>
      <w:proofErr w:type="spellStart"/>
      <w:r w:rsidRPr="004F01C7">
        <w:rPr>
          <w:rFonts w:ascii="Calibri" w:eastAsia="Calibri" w:hAnsi="Calibri"/>
          <w:bCs/>
          <w:color w:val="000000"/>
          <w:sz w:val="20"/>
        </w:rPr>
        <w:t>osobních</w:t>
      </w:r>
      <w:proofErr w:type="spellEnd"/>
      <w:r w:rsidRPr="004F01C7">
        <w:rPr>
          <w:rFonts w:ascii="Calibri" w:eastAsia="Calibri" w:hAnsi="Calibri"/>
          <w:bCs/>
          <w:color w:val="000000"/>
          <w:sz w:val="20"/>
        </w:rPr>
        <w:t xml:space="preserve"> </w:t>
      </w:r>
      <w:proofErr w:type="spellStart"/>
      <w:r w:rsidRPr="004F01C7">
        <w:rPr>
          <w:rFonts w:ascii="Calibri" w:eastAsia="Calibri" w:hAnsi="Calibri"/>
          <w:bCs/>
          <w:color w:val="000000"/>
          <w:sz w:val="20"/>
        </w:rPr>
        <w:t>údajů</w:t>
      </w:r>
      <w:proofErr w:type="spellEnd"/>
      <w:r w:rsidRPr="004F01C7">
        <w:rPr>
          <w:rFonts w:ascii="Calibri" w:eastAsia="Calibri" w:hAnsi="Calibri"/>
          <w:bCs/>
          <w:color w:val="000000"/>
          <w:sz w:val="20"/>
        </w:rPr>
        <w:t xml:space="preserve"> </w:t>
      </w:r>
      <w:proofErr w:type="spellStart"/>
      <w:r w:rsidRPr="004F01C7">
        <w:rPr>
          <w:rFonts w:ascii="Calibri" w:eastAsia="Calibri" w:hAnsi="Calibri"/>
          <w:bCs/>
          <w:color w:val="000000"/>
          <w:sz w:val="20"/>
        </w:rPr>
        <w:t>společností</w:t>
      </w:r>
      <w:proofErr w:type="spellEnd"/>
      <w:r w:rsidRPr="004F01C7">
        <w:rPr>
          <w:rFonts w:ascii="Calibri" w:eastAsia="Calibri" w:hAnsi="Calibri"/>
          <w:bCs/>
          <w:color w:val="000000"/>
          <w:sz w:val="20"/>
        </w:rPr>
        <w:t xml:space="preserve"> VOLT POLSKA SP. Z O.O. za </w:t>
      </w:r>
      <w:proofErr w:type="spellStart"/>
      <w:r w:rsidRPr="004F01C7">
        <w:rPr>
          <w:rFonts w:ascii="Calibri" w:eastAsia="Calibri" w:hAnsi="Calibri"/>
          <w:bCs/>
          <w:color w:val="000000"/>
          <w:sz w:val="20"/>
        </w:rPr>
        <w:t>účelem</w:t>
      </w:r>
      <w:proofErr w:type="spellEnd"/>
      <w:r w:rsidRPr="004F01C7">
        <w:rPr>
          <w:rFonts w:ascii="Calibri" w:eastAsia="Calibri" w:hAnsi="Calibri"/>
          <w:bCs/>
          <w:color w:val="000000"/>
          <w:sz w:val="20"/>
        </w:rPr>
        <w:t xml:space="preserve"> </w:t>
      </w:r>
      <w:proofErr w:type="spellStart"/>
      <w:r w:rsidRPr="004F01C7">
        <w:rPr>
          <w:rFonts w:ascii="Calibri" w:eastAsia="Calibri" w:hAnsi="Calibri"/>
          <w:bCs/>
          <w:color w:val="000000"/>
          <w:sz w:val="20"/>
        </w:rPr>
        <w:t>posuzování</w:t>
      </w:r>
      <w:proofErr w:type="spellEnd"/>
      <w:r w:rsidRPr="004F01C7">
        <w:rPr>
          <w:rFonts w:ascii="Calibri" w:eastAsia="Calibri" w:hAnsi="Calibri"/>
          <w:bCs/>
          <w:color w:val="000000"/>
          <w:sz w:val="20"/>
        </w:rPr>
        <w:t xml:space="preserve"> </w:t>
      </w:r>
      <w:proofErr w:type="spellStart"/>
      <w:r w:rsidRPr="004F01C7">
        <w:rPr>
          <w:rFonts w:ascii="Calibri" w:eastAsia="Calibri" w:hAnsi="Calibri"/>
          <w:bCs/>
          <w:color w:val="000000"/>
          <w:sz w:val="20"/>
        </w:rPr>
        <w:t>stížností</w:t>
      </w:r>
      <w:proofErr w:type="spellEnd"/>
      <w:r w:rsidRPr="004F01C7">
        <w:rPr>
          <w:rFonts w:ascii="Calibri" w:eastAsia="Calibri" w:hAnsi="Calibri"/>
          <w:bCs/>
          <w:color w:val="000000"/>
          <w:sz w:val="20"/>
        </w:rPr>
        <w:t>.</w:t>
      </w:r>
    </w:p>
    <w:p w14:paraId="3E248229" w14:textId="374BB077" w:rsidR="00CB5ED9" w:rsidRDefault="004F01C7" w:rsidP="004F01C7">
      <w:pPr>
        <w:autoSpaceDE w:val="0"/>
        <w:autoSpaceDN w:val="0"/>
        <w:spacing w:before="300" w:after="0" w:line="254" w:lineRule="exact"/>
        <w:jc w:val="right"/>
      </w:pPr>
      <w:r>
        <w:rPr>
          <w:rFonts w:ascii="Calibri" w:eastAsia="Calibri" w:hAnsi="Calibri"/>
          <w:b/>
          <w:color w:val="000000"/>
          <w:sz w:val="20"/>
        </w:rPr>
        <w:br/>
        <w:t xml:space="preserve"> </w:t>
      </w:r>
      <w:r w:rsidR="00CB5ED9">
        <w:rPr>
          <w:rFonts w:ascii="Calibri" w:eastAsia="Calibri" w:hAnsi="Calibri"/>
          <w:b/>
          <w:color w:val="000000"/>
        </w:rPr>
        <w:t xml:space="preserve">…………………………………………. </w:t>
      </w:r>
    </w:p>
    <w:p w14:paraId="50947992" w14:textId="1E57DADE" w:rsidR="00B06B13" w:rsidRPr="00696545" w:rsidRDefault="00CB5ED9" w:rsidP="00572C87">
      <w:pPr>
        <w:autoSpaceDE w:val="0"/>
        <w:autoSpaceDN w:val="0"/>
        <w:spacing w:after="0" w:line="254" w:lineRule="exact"/>
        <w:ind w:right="652"/>
        <w:jc w:val="right"/>
      </w:pPr>
      <w:proofErr w:type="spellStart"/>
      <w:r w:rsidRPr="00696545">
        <w:rPr>
          <w:rFonts w:ascii="Calibri" w:eastAsia="Calibri" w:hAnsi="Calibri"/>
          <w:i/>
          <w:color w:val="000000"/>
        </w:rPr>
        <w:t>Podpis</w:t>
      </w:r>
      <w:proofErr w:type="spellEnd"/>
      <w:r w:rsidRPr="00696545">
        <w:rPr>
          <w:rFonts w:ascii="Calibri" w:eastAsia="Calibri" w:hAnsi="Calibri"/>
          <w:i/>
          <w:color w:val="000000"/>
        </w:rPr>
        <w:t xml:space="preserve"> </w:t>
      </w:r>
      <w:proofErr w:type="spellStart"/>
      <w:r w:rsidRPr="00696545">
        <w:rPr>
          <w:rFonts w:ascii="Calibri" w:eastAsia="Calibri" w:hAnsi="Calibri"/>
          <w:i/>
          <w:color w:val="000000"/>
        </w:rPr>
        <w:t>zákazníka</w:t>
      </w:r>
      <w:proofErr w:type="spellEnd"/>
    </w:p>
    <w:sectPr w:rsidR="00B06B13" w:rsidRPr="00696545" w:rsidSect="00385664">
      <w:pgSz w:w="12266" w:h="17198"/>
      <w:pgMar w:top="444" w:right="834" w:bottom="688" w:left="888" w:header="720" w:footer="720" w:gutter="0"/>
      <w:cols w:space="720" w:equalWidth="0">
        <w:col w:w="10544" w:space="0"/>
      </w:cols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460A22" w14:textId="77777777" w:rsidR="00F62E71" w:rsidRDefault="00F62E71" w:rsidP="004F01C7">
      <w:pPr>
        <w:spacing w:after="0" w:line="240" w:lineRule="auto"/>
      </w:pPr>
      <w:r>
        <w:separator/>
      </w:r>
    </w:p>
  </w:endnote>
  <w:endnote w:type="continuationSeparator" w:id="0">
    <w:p w14:paraId="187B9752" w14:textId="77777777" w:rsidR="00F62E71" w:rsidRDefault="00F62E71" w:rsidP="004F01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1C7F09" w14:textId="77777777" w:rsidR="00F62E71" w:rsidRDefault="00F62E71" w:rsidP="004F01C7">
      <w:pPr>
        <w:spacing w:after="0" w:line="240" w:lineRule="auto"/>
      </w:pPr>
      <w:r>
        <w:separator/>
      </w:r>
    </w:p>
  </w:footnote>
  <w:footnote w:type="continuationSeparator" w:id="0">
    <w:p w14:paraId="160B2C10" w14:textId="77777777" w:rsidR="00F62E71" w:rsidRDefault="00F62E71" w:rsidP="004F01C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slovanseznam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slovanseznam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Seznamsodrka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Seznamsodrka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slovanseznam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Seznamsodrka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272593074">
    <w:abstractNumId w:val="8"/>
  </w:num>
  <w:num w:numId="2" w16cid:durableId="1343506585">
    <w:abstractNumId w:val="6"/>
  </w:num>
  <w:num w:numId="3" w16cid:durableId="1657108223">
    <w:abstractNumId w:val="5"/>
  </w:num>
  <w:num w:numId="4" w16cid:durableId="2090997342">
    <w:abstractNumId w:val="4"/>
  </w:num>
  <w:num w:numId="5" w16cid:durableId="1762096818">
    <w:abstractNumId w:val="7"/>
  </w:num>
  <w:num w:numId="6" w16cid:durableId="1326397072">
    <w:abstractNumId w:val="3"/>
  </w:num>
  <w:num w:numId="7" w16cid:durableId="1593975616">
    <w:abstractNumId w:val="2"/>
  </w:num>
  <w:num w:numId="8" w16cid:durableId="906722578">
    <w:abstractNumId w:val="1"/>
  </w:num>
  <w:num w:numId="9" w16cid:durableId="19386356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1F1B51"/>
    <w:rsid w:val="0029639D"/>
    <w:rsid w:val="003226E8"/>
    <w:rsid w:val="00326F90"/>
    <w:rsid w:val="00385664"/>
    <w:rsid w:val="003F76D0"/>
    <w:rsid w:val="004974A3"/>
    <w:rsid w:val="004E277C"/>
    <w:rsid w:val="004F01C7"/>
    <w:rsid w:val="00572C87"/>
    <w:rsid w:val="00696545"/>
    <w:rsid w:val="007A1E62"/>
    <w:rsid w:val="007C02F0"/>
    <w:rsid w:val="009176B1"/>
    <w:rsid w:val="00A12C4C"/>
    <w:rsid w:val="00AA1D8D"/>
    <w:rsid w:val="00AC4820"/>
    <w:rsid w:val="00B06B13"/>
    <w:rsid w:val="00B47730"/>
    <w:rsid w:val="00B873A1"/>
    <w:rsid w:val="00CB0664"/>
    <w:rsid w:val="00CB5ED9"/>
    <w:rsid w:val="00D0492C"/>
    <w:rsid w:val="00D20C3D"/>
    <w:rsid w:val="00EB0D96"/>
    <w:rsid w:val="00F06A87"/>
    <w:rsid w:val="00F173E5"/>
    <w:rsid w:val="00F62E71"/>
    <w:rsid w:val="00FB71CF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83375C1"/>
  <w14:defaultImageDpi w14:val="330"/>
  <w15:docId w15:val="{9AA1DAC9-53F4-4DA3-91F0-235C94D9E8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FC693F"/>
  </w:style>
  <w:style w:type="paragraph" w:styleId="Nadpis1">
    <w:name w:val="heading 1"/>
    <w:basedOn w:val="Normln"/>
    <w:next w:val="Normln"/>
    <w:link w:val="Nadpis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E618BF"/>
  </w:style>
  <w:style w:type="paragraph" w:styleId="Zpat">
    <w:name w:val="footer"/>
    <w:basedOn w:val="Normln"/>
    <w:link w:val="Zpat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E618BF"/>
  </w:style>
  <w:style w:type="paragraph" w:styleId="Bezmezer">
    <w:name w:val="No Spacing"/>
    <w:uiPriority w:val="1"/>
    <w:qFormat/>
    <w:rsid w:val="00FC693F"/>
    <w:pPr>
      <w:spacing w:after="0" w:line="240" w:lineRule="auto"/>
    </w:pPr>
  </w:style>
  <w:style w:type="character" w:customStyle="1" w:styleId="Nadpis1Char">
    <w:name w:val="Nadpis 1 Char"/>
    <w:basedOn w:val="Standardnpsmoodstavce"/>
    <w:link w:val="Nadpis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dpis2Char">
    <w:name w:val="Nadpis 2 Char"/>
    <w:basedOn w:val="Standardnpsmoodstavce"/>
    <w:link w:val="Nadpis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dpis3Char">
    <w:name w:val="Nadpis 3 Char"/>
    <w:basedOn w:val="Standardnpsmoodstavce"/>
    <w:link w:val="Nadpis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zev">
    <w:name w:val="Title"/>
    <w:basedOn w:val="Normln"/>
    <w:next w:val="Normln"/>
    <w:link w:val="Nzev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zevChar">
    <w:name w:val="Název Char"/>
    <w:basedOn w:val="Standardnpsmoodstavce"/>
    <w:link w:val="Nzev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nadpisChar">
    <w:name w:val="Podnadpis Char"/>
    <w:basedOn w:val="Standardnpsmoodstavce"/>
    <w:link w:val="Podnadpis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Odstavecseseznamem">
    <w:name w:val="List Paragraph"/>
    <w:basedOn w:val="Normln"/>
    <w:uiPriority w:val="34"/>
    <w:qFormat/>
    <w:rsid w:val="00FC693F"/>
    <w:pPr>
      <w:ind w:left="720"/>
      <w:contextualSpacing/>
    </w:pPr>
  </w:style>
  <w:style w:type="paragraph" w:styleId="Zkladntext">
    <w:name w:val="Body Text"/>
    <w:basedOn w:val="Normln"/>
    <w:link w:val="ZkladntextChar"/>
    <w:uiPriority w:val="99"/>
    <w:unhideWhenUsed/>
    <w:rsid w:val="00AA1D8D"/>
    <w:pPr>
      <w:spacing w:after="120"/>
    </w:pPr>
  </w:style>
  <w:style w:type="character" w:customStyle="1" w:styleId="ZkladntextChar">
    <w:name w:val="Základní text Char"/>
    <w:basedOn w:val="Standardnpsmoodstavce"/>
    <w:link w:val="Zkladntext"/>
    <w:uiPriority w:val="99"/>
    <w:rsid w:val="00AA1D8D"/>
  </w:style>
  <w:style w:type="paragraph" w:styleId="Zkladntext2">
    <w:name w:val="Body Text 2"/>
    <w:basedOn w:val="Normln"/>
    <w:link w:val="Zkladntext2Char"/>
    <w:uiPriority w:val="99"/>
    <w:unhideWhenUsed/>
    <w:rsid w:val="00AA1D8D"/>
    <w:pPr>
      <w:spacing w:after="120" w:line="480" w:lineRule="auto"/>
    </w:pPr>
  </w:style>
  <w:style w:type="character" w:customStyle="1" w:styleId="Zkladntext2Char">
    <w:name w:val="Základní text 2 Char"/>
    <w:basedOn w:val="Standardnpsmoodstavce"/>
    <w:link w:val="Zkladntext2"/>
    <w:uiPriority w:val="99"/>
    <w:rsid w:val="00AA1D8D"/>
  </w:style>
  <w:style w:type="paragraph" w:styleId="Zkladntext3">
    <w:name w:val="Body Text 3"/>
    <w:basedOn w:val="Normln"/>
    <w:link w:val="Zkladn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Zkladntext3Char">
    <w:name w:val="Základní text 3 Char"/>
    <w:basedOn w:val="Standardnpsmoodstavce"/>
    <w:link w:val="Zkladntext3"/>
    <w:uiPriority w:val="99"/>
    <w:rsid w:val="00AA1D8D"/>
    <w:rPr>
      <w:sz w:val="16"/>
      <w:szCs w:val="16"/>
    </w:rPr>
  </w:style>
  <w:style w:type="paragraph" w:styleId="Seznam">
    <w:name w:val="List"/>
    <w:basedOn w:val="Normln"/>
    <w:uiPriority w:val="99"/>
    <w:unhideWhenUsed/>
    <w:rsid w:val="00AA1D8D"/>
    <w:pPr>
      <w:ind w:left="360" w:hanging="360"/>
      <w:contextualSpacing/>
    </w:pPr>
  </w:style>
  <w:style w:type="paragraph" w:styleId="Seznam2">
    <w:name w:val="List 2"/>
    <w:basedOn w:val="Normln"/>
    <w:uiPriority w:val="99"/>
    <w:unhideWhenUsed/>
    <w:rsid w:val="00326F90"/>
    <w:pPr>
      <w:ind w:left="720" w:hanging="360"/>
      <w:contextualSpacing/>
    </w:pPr>
  </w:style>
  <w:style w:type="paragraph" w:styleId="Seznam3">
    <w:name w:val="List 3"/>
    <w:basedOn w:val="Normln"/>
    <w:uiPriority w:val="99"/>
    <w:unhideWhenUsed/>
    <w:rsid w:val="00326F90"/>
    <w:pPr>
      <w:ind w:left="1080" w:hanging="360"/>
      <w:contextualSpacing/>
    </w:pPr>
  </w:style>
  <w:style w:type="paragraph" w:styleId="Seznamsodrkami">
    <w:name w:val="List Bullet"/>
    <w:basedOn w:val="Normln"/>
    <w:uiPriority w:val="99"/>
    <w:unhideWhenUsed/>
    <w:rsid w:val="00326F90"/>
    <w:pPr>
      <w:numPr>
        <w:numId w:val="1"/>
      </w:numPr>
      <w:contextualSpacing/>
    </w:pPr>
  </w:style>
  <w:style w:type="paragraph" w:styleId="Seznamsodrkami2">
    <w:name w:val="List Bullet 2"/>
    <w:basedOn w:val="Normln"/>
    <w:uiPriority w:val="99"/>
    <w:unhideWhenUsed/>
    <w:rsid w:val="00326F90"/>
    <w:pPr>
      <w:numPr>
        <w:numId w:val="2"/>
      </w:numPr>
      <w:contextualSpacing/>
    </w:pPr>
  </w:style>
  <w:style w:type="paragraph" w:styleId="Seznamsodrkami3">
    <w:name w:val="List Bullet 3"/>
    <w:basedOn w:val="Normln"/>
    <w:uiPriority w:val="99"/>
    <w:unhideWhenUsed/>
    <w:rsid w:val="00326F90"/>
    <w:pPr>
      <w:numPr>
        <w:numId w:val="3"/>
      </w:numPr>
      <w:contextualSpacing/>
    </w:pPr>
  </w:style>
  <w:style w:type="paragraph" w:styleId="slovanseznam">
    <w:name w:val="List Number"/>
    <w:basedOn w:val="Normln"/>
    <w:uiPriority w:val="99"/>
    <w:unhideWhenUsed/>
    <w:rsid w:val="00326F90"/>
    <w:pPr>
      <w:numPr>
        <w:numId w:val="5"/>
      </w:numPr>
      <w:contextualSpacing/>
    </w:pPr>
  </w:style>
  <w:style w:type="paragraph" w:styleId="slovanseznam2">
    <w:name w:val="List Number 2"/>
    <w:basedOn w:val="Normln"/>
    <w:uiPriority w:val="99"/>
    <w:unhideWhenUsed/>
    <w:rsid w:val="0029639D"/>
    <w:pPr>
      <w:numPr>
        <w:numId w:val="6"/>
      </w:numPr>
      <w:contextualSpacing/>
    </w:pPr>
  </w:style>
  <w:style w:type="paragraph" w:styleId="slovanseznam3">
    <w:name w:val="List Number 3"/>
    <w:basedOn w:val="Normln"/>
    <w:uiPriority w:val="99"/>
    <w:unhideWhenUsed/>
    <w:rsid w:val="0029639D"/>
    <w:pPr>
      <w:numPr>
        <w:numId w:val="7"/>
      </w:numPr>
      <w:contextualSpacing/>
    </w:pPr>
  </w:style>
  <w:style w:type="paragraph" w:styleId="Pokraovnseznamu">
    <w:name w:val="List Continue"/>
    <w:basedOn w:val="Normln"/>
    <w:uiPriority w:val="99"/>
    <w:unhideWhenUsed/>
    <w:rsid w:val="0029639D"/>
    <w:pPr>
      <w:spacing w:after="120"/>
      <w:ind w:left="360"/>
      <w:contextualSpacing/>
    </w:pPr>
  </w:style>
  <w:style w:type="paragraph" w:styleId="Pokraovnseznamu2">
    <w:name w:val="List Continue 2"/>
    <w:basedOn w:val="Normln"/>
    <w:uiPriority w:val="99"/>
    <w:unhideWhenUsed/>
    <w:rsid w:val="0029639D"/>
    <w:pPr>
      <w:spacing w:after="120"/>
      <w:ind w:left="720"/>
      <w:contextualSpacing/>
    </w:pPr>
  </w:style>
  <w:style w:type="paragraph" w:styleId="Pokraovnseznamu3">
    <w:name w:val="List Continue 3"/>
    <w:basedOn w:val="Normln"/>
    <w:uiPriority w:val="99"/>
    <w:unhideWhenUsed/>
    <w:rsid w:val="0029639D"/>
    <w:pPr>
      <w:spacing w:after="120"/>
      <w:ind w:left="1080"/>
      <w:contextualSpacing/>
    </w:pPr>
  </w:style>
  <w:style w:type="paragraph" w:styleId="Textmakra">
    <w:name w:val="macro"/>
    <w:link w:val="Textmakra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makraChar">
    <w:name w:val="Text makra Char"/>
    <w:basedOn w:val="Standardnpsmoodstavce"/>
    <w:link w:val="Textmakra"/>
    <w:uiPriority w:val="99"/>
    <w:rsid w:val="0029639D"/>
    <w:rPr>
      <w:rFonts w:ascii="Courier" w:hAnsi="Courier"/>
      <w:sz w:val="20"/>
      <w:szCs w:val="20"/>
    </w:rPr>
  </w:style>
  <w:style w:type="paragraph" w:styleId="Citt">
    <w:name w:val="Quote"/>
    <w:basedOn w:val="Normln"/>
    <w:next w:val="Normln"/>
    <w:link w:val="CittChar"/>
    <w:uiPriority w:val="29"/>
    <w:qFormat/>
    <w:rsid w:val="00FC693F"/>
    <w:rPr>
      <w:i/>
      <w:iCs/>
      <w:color w:val="000000" w:themeColor="text1"/>
    </w:rPr>
  </w:style>
  <w:style w:type="character" w:customStyle="1" w:styleId="CittChar">
    <w:name w:val="Citát Char"/>
    <w:basedOn w:val="Standardnpsmoodstavce"/>
    <w:link w:val="Citt"/>
    <w:uiPriority w:val="29"/>
    <w:rsid w:val="00FC693F"/>
    <w:rPr>
      <w:i/>
      <w:iCs/>
      <w:color w:val="000000" w:themeColor="text1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itulek">
    <w:name w:val="caption"/>
    <w:basedOn w:val="Normln"/>
    <w:next w:val="Normln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iln">
    <w:name w:val="Strong"/>
    <w:basedOn w:val="Standardnpsmoodstavce"/>
    <w:uiPriority w:val="22"/>
    <w:qFormat/>
    <w:rsid w:val="00FC693F"/>
    <w:rPr>
      <w:b/>
      <w:bCs/>
    </w:rPr>
  </w:style>
  <w:style w:type="character" w:styleId="Zdraznn">
    <w:name w:val="Emphasis"/>
    <w:basedOn w:val="Standardnpsmoodstavce"/>
    <w:uiPriority w:val="20"/>
    <w:qFormat/>
    <w:rsid w:val="00FC693F"/>
    <w:rPr>
      <w:i/>
      <w:iCs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FC693F"/>
    <w:rPr>
      <w:b/>
      <w:bCs/>
      <w:i/>
      <w:iCs/>
      <w:color w:val="4F81BD" w:themeColor="accent1"/>
    </w:rPr>
  </w:style>
  <w:style w:type="character" w:styleId="Zdraznnjemn">
    <w:name w:val="Subtle Emphasis"/>
    <w:basedOn w:val="Standardnpsmoodstavce"/>
    <w:uiPriority w:val="19"/>
    <w:qFormat/>
    <w:rsid w:val="00FC693F"/>
    <w:rPr>
      <w:i/>
      <w:iCs/>
      <w:color w:val="808080" w:themeColor="text1" w:themeTint="7F"/>
    </w:rPr>
  </w:style>
  <w:style w:type="character" w:styleId="Zdraznnintenzivn">
    <w:name w:val="Intense Emphasis"/>
    <w:basedOn w:val="Standardnpsmoodstavce"/>
    <w:uiPriority w:val="21"/>
    <w:qFormat/>
    <w:rsid w:val="00FC693F"/>
    <w:rPr>
      <w:b/>
      <w:bCs/>
      <w:i/>
      <w:iCs/>
      <w:color w:val="4F81BD" w:themeColor="accent1"/>
    </w:rPr>
  </w:style>
  <w:style w:type="character" w:styleId="Odkazjemn">
    <w:name w:val="Subtle Reference"/>
    <w:basedOn w:val="Standardnpsmoodstavce"/>
    <w:uiPriority w:val="31"/>
    <w:qFormat/>
    <w:rsid w:val="00FC693F"/>
    <w:rPr>
      <w:smallCaps/>
      <w:color w:val="C0504D" w:themeColor="accent2"/>
      <w:u w:val="single"/>
    </w:rPr>
  </w:style>
  <w:style w:type="character" w:styleId="Odkazintenzivn">
    <w:name w:val="Intense Reference"/>
    <w:basedOn w:val="Standardnpsmoodstavce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Nzevknihy">
    <w:name w:val="Book Title"/>
    <w:basedOn w:val="Standardnpsmoodstavce"/>
    <w:uiPriority w:val="33"/>
    <w:qFormat/>
    <w:rsid w:val="00FC693F"/>
    <w:rPr>
      <w:b/>
      <w:bCs/>
      <w:smallCaps/>
      <w:spacing w:val="5"/>
    </w:rPr>
  </w:style>
  <w:style w:type="paragraph" w:styleId="Nadpisobsahu">
    <w:name w:val="TOC Heading"/>
    <w:basedOn w:val="Nadpis1"/>
    <w:next w:val="Normln"/>
    <w:uiPriority w:val="39"/>
    <w:semiHidden/>
    <w:unhideWhenUsed/>
    <w:qFormat/>
    <w:rsid w:val="00FC693F"/>
    <w:pPr>
      <w:outlineLvl w:val="9"/>
    </w:pPr>
  </w:style>
  <w:style w:type="table" w:styleId="Mkatabulky">
    <w:name w:val="Table Grid"/>
    <w:basedOn w:val="Normlntabulka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vtlstnovn">
    <w:name w:val="Light Shading"/>
    <w:basedOn w:val="Normlntabulka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vtlstnovnzvraznn1">
    <w:name w:val="Light Shading Accent 1"/>
    <w:basedOn w:val="Normlntabulka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vtlstnovnzvraznn2">
    <w:name w:val="Light Shading Accent 2"/>
    <w:basedOn w:val="Normlntabulka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vtlstnovnzvraznn3">
    <w:name w:val="Light Shading Accent 3"/>
    <w:basedOn w:val="Normlntabulka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vtlstnovnzvraznn4">
    <w:name w:val="Light Shading Accent 4"/>
    <w:basedOn w:val="Normlntabulka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vtlstnovnzvraznn5">
    <w:name w:val="Light Shading Accent 5"/>
    <w:basedOn w:val="Normlntabulka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vtlstnovnzvraznn6">
    <w:name w:val="Light Shading Accent 6"/>
    <w:basedOn w:val="Normlntabulka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Svtlseznam">
    <w:name w:val="Light List"/>
    <w:basedOn w:val="Normlntabulka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Svtlseznamzvraznn1">
    <w:name w:val="Light List Accent 1"/>
    <w:basedOn w:val="Normlntabulka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Svtlseznamzvraznn2">
    <w:name w:val="Light List Accent 2"/>
    <w:basedOn w:val="Normlntabul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Svtlseznamzvraznn3">
    <w:name w:val="Light List Accent 3"/>
    <w:basedOn w:val="Normlntabul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Svtlseznamzvraznn4">
    <w:name w:val="Light List Accent 4"/>
    <w:basedOn w:val="Normlntabul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Svtlseznamzvraznn5">
    <w:name w:val="Light List Accent 5"/>
    <w:basedOn w:val="Normlntabul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Svtlseznamzvraznn6">
    <w:name w:val="Light List Accent 6"/>
    <w:basedOn w:val="Normlntabul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Svtlmka">
    <w:name w:val="Light Grid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Svtlmkazvraznn1">
    <w:name w:val="Light Grid Accent 1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Svtlmkazvraznn2">
    <w:name w:val="Light Grid Accent 2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Svtlmkazvraznn3">
    <w:name w:val="Light Grid Accent 3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Svtlmkazvraznn4">
    <w:name w:val="Light Grid Accent 4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Svtlmkazvraznn5">
    <w:name w:val="Light Grid Accent 5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Svtlmkazvraznn6">
    <w:name w:val="Light Grid Accent 6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tednstnovn1">
    <w:name w:val="Medium Shading 1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1">
    <w:name w:val="Medium Shading 1 Accent 1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2">
    <w:name w:val="Medium Shading 1 Accent 2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3">
    <w:name w:val="Medium Shading 1 Accent 3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4">
    <w:name w:val="Medium Shading 1 Accent 4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5">
    <w:name w:val="Medium Shading 1 Accent 5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6">
    <w:name w:val="Medium Shading 1 Accent 6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2">
    <w:name w:val="Medium Shading 2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1">
    <w:name w:val="Medium Shading 2 Accent 1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2">
    <w:name w:val="Medium Shading 2 Accent 2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3">
    <w:name w:val="Medium Shading 2 Accent 3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4">
    <w:name w:val="Medium Shading 2 Accent 4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5">
    <w:name w:val="Medium Shading 2 Accent 5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6">
    <w:name w:val="Medium Shading 2 Accent 6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eznam1">
    <w:name w:val="Medium List 1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Stednseznam1zvraznn1">
    <w:name w:val="Medium List 1 Accent 1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Stednseznam1zvraznn2">
    <w:name w:val="Medium List 1 Accent 2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Stednseznam1zvraznn3">
    <w:name w:val="Medium List 1 Accent 3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Stednseznam1zvraznn4">
    <w:name w:val="Medium List 1 Accent 4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Stednseznam1zvraznn5">
    <w:name w:val="Medium List 1 Accent 5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Stednseznam1zvraznn6">
    <w:name w:val="Medium List 1 Accent 6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Stednseznam2">
    <w:name w:val="Medium List 2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1">
    <w:name w:val="Medium List 2 Accent 1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2">
    <w:name w:val="Medium List 2 Accent 2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3">
    <w:name w:val="Medium List 2 Accent 3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4">
    <w:name w:val="Medium List 2 Accent 4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5">
    <w:name w:val="Medium List 2 Accent 5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6">
    <w:name w:val="Medium List 2 Accent 6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mka1">
    <w:name w:val="Medium Grid 1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Stednmka1zvraznn1">
    <w:name w:val="Medium Grid 1 Accent 1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Stednmka1zvraznn2">
    <w:name w:val="Medium Grid 1 Accent 2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Stednmka1zvraznn3">
    <w:name w:val="Medium Grid 1 Accent 3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tednmka1zvraznn4">
    <w:name w:val="Medium Grid 1 Accent 4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Stednmka1zvraznn5">
    <w:name w:val="Medium Grid 1 Accent 5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Stednmka1zvraznn6">
    <w:name w:val="Medium Grid 1 Accent 6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Stednmka2">
    <w:name w:val="Medium Grid 2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1">
    <w:name w:val="Medium Grid 2 Accent 1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2">
    <w:name w:val="Medium Grid 2 Accent 2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3">
    <w:name w:val="Medium Grid 2 Accent 3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4">
    <w:name w:val="Medium Grid 2 Accent 4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5">
    <w:name w:val="Medium Grid 2 Accent 5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6">
    <w:name w:val="Medium Grid 2 Accent 6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3">
    <w:name w:val="Medium Grid 3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Stednmka3zvraznn1">
    <w:name w:val="Medium Grid 3 Accent 1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Stednmka3zvraznn2">
    <w:name w:val="Medium Grid 3 Accent 2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Stednmka3zvraznn3">
    <w:name w:val="Medium Grid 3 Accent 3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Stednmka3zvraznn4">
    <w:name w:val="Medium Grid 3 Accent 4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Stednmka3zvraznn5">
    <w:name w:val="Medium Grid 3 Accent 5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Stednmka3zvraznn6">
    <w:name w:val="Medium Grid 3 Accent 6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Tmavseznam">
    <w:name w:val="Dark List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Tmavseznamzvraznn1">
    <w:name w:val="Dark List Accent 1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Tmavseznamzvraznn2">
    <w:name w:val="Dark List Accent 2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Tmavseznamzvraznn3">
    <w:name w:val="Dark List Accent 3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Tmavseznamzvraznn4">
    <w:name w:val="Dark List Accent 4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Tmavseznamzvraznn5">
    <w:name w:val="Dark List Accent 5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Tmavseznamzvraznn6">
    <w:name w:val="Dark List Accent 6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Barevnstnovn">
    <w:name w:val="Colorful Shading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1">
    <w:name w:val="Colorful Shading Accent 1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2">
    <w:name w:val="Colorful Shading Accent 2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3">
    <w:name w:val="Colorful Shading Accent 3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Barevnstnovnzvraznn4">
    <w:name w:val="Colorful Shading Accent 4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5">
    <w:name w:val="Colorful Shading Accent 5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6">
    <w:name w:val="Colorful Shading Accent 6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eznam">
    <w:name w:val="Colorful List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Barevnseznamzvraznn1">
    <w:name w:val="Colorful List Accent 1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Barevnseznamzvraznn2">
    <w:name w:val="Colorful List Accent 2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Barevnseznamzvraznn3">
    <w:name w:val="Colorful List Accent 3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Barevnseznamzvraznn4">
    <w:name w:val="Colorful List Accent 4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Barevnseznamzvraznn5">
    <w:name w:val="Colorful List Accent 5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Barevnseznamzvraznn6">
    <w:name w:val="Colorful List Accent 6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Barevnmka">
    <w:name w:val="Colorful Grid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Barevnmkazvraznn1">
    <w:name w:val="Colorful Grid Accent 1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Barevnmkazvraznn2">
    <w:name w:val="Colorful Grid Accent 2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Barevnmkazvraznn3">
    <w:name w:val="Colorful Grid Accent 3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Barevnmkazvraznn4">
    <w:name w:val="Colorful Grid Accent 4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Barevnmkazvraznn5">
    <w:name w:val="Colorful Grid Accent 5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Barevnmkazvraznn6">
    <w:name w:val="Colorful Grid Accent 6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textovodkaz">
    <w:name w:val="Hyperlink"/>
    <w:basedOn w:val="Standardnpsmoodstavce"/>
    <w:uiPriority w:val="99"/>
    <w:unhideWhenUsed/>
    <w:rsid w:val="003226E8"/>
    <w:rPr>
      <w:color w:val="0000FF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3226E8"/>
    <w:rPr>
      <w:color w:val="605E5C"/>
      <w:shd w:val="clear" w:color="auto" w:fill="E1DFDD"/>
    </w:rPr>
  </w:style>
  <w:style w:type="paragraph" w:styleId="Textvysvtlivek">
    <w:name w:val="endnote text"/>
    <w:basedOn w:val="Normln"/>
    <w:link w:val="TextvysvtlivekChar"/>
    <w:uiPriority w:val="99"/>
    <w:semiHidden/>
    <w:unhideWhenUsed/>
    <w:rsid w:val="004F01C7"/>
    <w:pPr>
      <w:spacing w:after="0" w:line="240" w:lineRule="auto"/>
    </w:pPr>
    <w:rPr>
      <w:sz w:val="20"/>
      <w:szCs w:val="20"/>
    </w:rPr>
  </w:style>
  <w:style w:type="character" w:customStyle="1" w:styleId="TextvysvtlivekChar">
    <w:name w:val="Text vysvětlivek Char"/>
    <w:basedOn w:val="Standardnpsmoodstavce"/>
    <w:link w:val="Textvysvtlivek"/>
    <w:uiPriority w:val="99"/>
    <w:semiHidden/>
    <w:rsid w:val="004F01C7"/>
    <w:rPr>
      <w:sz w:val="20"/>
      <w:szCs w:val="20"/>
    </w:rPr>
  </w:style>
  <w:style w:type="character" w:styleId="Odkaznavysvtlivky">
    <w:name w:val="endnote reference"/>
    <w:basedOn w:val="Standardnpsmoodstavce"/>
    <w:uiPriority w:val="99"/>
    <w:semiHidden/>
    <w:unhideWhenUsed/>
    <w:rsid w:val="004F01C7"/>
    <w:rPr>
      <w:vertAlign w:val="superscript"/>
    </w:rPr>
  </w:style>
  <w:style w:type="character" w:styleId="Zstupntext">
    <w:name w:val="Placeholder Text"/>
    <w:basedOn w:val="Standardnpsmoodstavce"/>
    <w:uiPriority w:val="99"/>
    <w:semiHidden/>
    <w:rsid w:val="004974A3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0073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</Pages>
  <Words>277</Words>
  <Characters>1641</Characters>
  <Application>Microsoft Office Word</Application>
  <DocSecurity>0</DocSecurity>
  <Lines>13</Lines>
  <Paragraphs>3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1915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Generováno python-docx</dc:description>
  <cp:lastModifiedBy>Reklamace</cp:lastModifiedBy>
  <cp:revision>1</cp:revision>
  <cp:lastPrinted>2025-12-11T10:16:00Z</cp:lastPrinted>
  <dcterms:created xsi:type="dcterms:W3CDTF">2013-12-23T23:15:00Z</dcterms:created>
  <dcterms:modified xsi:type="dcterms:W3CDTF">2025-12-11T10:17:00Z</dcterms:modified>
  <cp:category/>
</cp:coreProperties>
</file>